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Vintner's Rest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80" w:right="1440" w:bottom="2016" w:left="1440" w:header="648" w:footer="89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27e61ccd060e8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7e61ccd060e8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f468bb64a06ad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468bb64a06adb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8f283d272a73e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f283d272a73eb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fd8546c9173e8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d8546c9173e8e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9281160</wp:posOffset>
          </wp:positionV>
          <wp:extent cx="7772400" cy="777240"/>
          <wp:effectExtent l="0" t="0" r="0" b="0"/>
          <wp:wrapNone/>
          <wp:docPr id="5" name="032a28a73432ac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032a28a73432ac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772400" cy="77724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rPr>
        <w:trHeight w:val="1728" w:hRule="atLeast"/>
      </w:trPr>
      <w:tc>
        <w:tcPr>
          <w:tcW w:type="dxa" w:w="9360"/>
          <w:vAlign w:val="top"/>
        </w:tcPr>
        <w:p>
          <w:pPr>
            <w:spacing w:before="0" w:after="12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02920" cy="502920"/>
                <wp:docPr id="6" name="215978acf3335d.png" descr="Vintner's Rest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15978acf3335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50292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spacing w:before="0" w:after="40" w:line="240" w:lineRule="auto"/>
            <w:jc w:val="center"/>
          </w:pPr>
          <w:r>
            <w:rPr>
              <w:rFonts w:ascii="Times New Roman" w:hAnsi="Times New Roman" w:cs="Times New Roman" w:eastAsia="Times New Roman"/>
              <w:b/>
              <w:i w:val="0"/>
              <w:color w:val="5E1224"/>
              <w:sz w:val="42"/>
            </w:rPr>
            <w:t>Vintner's Rest</w:t>
          </w:r>
        </w:p>
        <w:p>
          <w:pPr>
            <w:spacing w:before="0" w:after="0" w:line="240" w:lineRule="auto"/>
            <w:jc w:val="center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6"/>
            </w:rPr>
            <w:t>WINE BAR AND BISTRO</w:t>
          </w:r>
        </w:p>
      </w:tc>
    </w:tr>
  </w:tbl>
  <w:p>
    <w:pPr>
      <w:pStyle w:val="Header"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4.png"/><Relationship Id="rId4" Type="http://schemas.openxmlformats.org/officeDocument/2006/relationships/image" Target="media/image5.png"/><Relationship Id="rId5" Type="http://schemas.openxmlformats.org/officeDocument/2006/relationships/image" Target="media/image6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Wine Gold Pebbles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