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Month DD, YYYY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City, ST 00000</w:t>
      </w:r>
    </w:p>
    <w:p>
      <w:pPr>
        <w:spacing w:before="0" w:after="160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Sincerely,</w:t>
      </w:r>
    </w:p>
    <w:p>
      <w:pPr>
        <w:spacing w:before="0" w:after="0"/>
      </w:pPr>
      <w:r>
        <w:rPr>
          <w:rFonts w:ascii="Arial" w:hAnsi="Arial" w:cs="Arial" w:eastAsia="Arial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Arial" w:hAnsi="Arial" w:cs="Arial" w:eastAsia="Arial"/>
          <w:b w:val="0"/>
          <w:i w:val="0"/>
          <w:color w:val="5F6368"/>
          <w:sz w:val="21"/>
        </w:rPr>
        <w:t>Job Title, Rowan Blake Events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2808" w:right="1440" w:bottom="1656" w:left="1440" w:header="605" w:footer="64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360"/>
    </w:tblGrid>
    <w:tr>
      <w:tc>
        <w:tcPr>
          <w:tcW w:type="dxa" w:w="9360"/>
          <w:vAlign w:val="center"/>
        </w:tcPr>
        <w:p>
          <w:pPr>
            <w:spacing w:before="0" w:after="3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1" name="914a47d6333814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914a47d6333814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+1 (555) 010-0100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2" name="d9ad33f8e157d3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d9ad33f8e157d3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hello@yourcompany.com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15b169a5a052a5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15b169a5a052a5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www.yourcompany.com</w:t>
          </w:r>
        </w:p>
        <w:p>
          <w:pPr>
            <w:spacing w:before="0" w:after="3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a4e1f402bd7e3c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a4e1f402bd7e3c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100 Main Street, Suite 200 · City, ST 00000</w:t>
          </w:r>
        </w:p>
      </w:tc>
    </w:tr>
  </w:tbl>
  <w:p>
    <w:pPr>
      <w:pStyle w:val="Footer"/>
      <w:spacing w:before="0" w:after="0" w:line="40" w:lineRule="exact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1037"/>
      <w:gridCol w:w="3715"/>
      <w:gridCol w:w="4608"/>
    </w:tblGrid>
    <w:tr>
      <w:trPr>
        <w:trHeight w:val="1584" w:hRule="atLeast"/>
      </w:trPr>
      <w:tc>
        <w:tcPr>
          <w:tcW w:type="dxa" w:w="1037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512064" cy="512064"/>
                <wp:docPr id="5" name="fbf1e1b71bd7ad.png" descr="Rowan Blake Events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bf1e1b71bd7ad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2064" cy="512064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3715"/>
          <w:tcMar>
            <w:top w:w="0" w:type="dxa"/>
            <w:left w:w="144" w:type="dxa"/>
            <w:bottom w:w="0" w:type="dxa"/>
            <w:right w:w="0" w:type="dxa"/>
          </w:tcMar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Times New Roman" w:hAnsi="Times New Roman" w:cs="Times New Roman" w:eastAsia="Times New Roman"/>
              <w:b/>
              <w:i w:val="0"/>
              <w:color w:val="5E2750"/>
              <w:sz w:val="35"/>
            </w:rPr>
            <w:t>Rowan Blake Events</w:t>
          </w:r>
        </w:p>
        <w:p>
          <w:pPr>
            <w:spacing w:before="0" w:after="80" w:line="240" w:lineRule="auto"/>
            <w:jc w:val="left"/>
          </w:pPr>
          <w:r>
            <w:rPr>
              <w:rFonts w:ascii="Arial" w:hAnsi="Arial" w:cs="Arial" w:eastAsia="Arial"/>
              <w:b w:val="0"/>
              <w:i w:val="0"/>
              <w:color w:val="5F6368"/>
              <w:sz w:val="15"/>
            </w:rPr>
            <w:t>EVENT PLANNING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6" name="914a47d6333814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914a47d6333814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+1 (555) 010-0100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7" name="d9ad33f8e157d3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d9ad33f8e157d3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hello@yourcompany.com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8" name="a4e1f402bd7e3c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a4e1f402bd7e3c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100 Main Street, Suite 200 · City, ST 00000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9" name="15b169a5a052a5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15b169a5a052a5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www.yourcompany.com</w:t>
          </w:r>
        </w:p>
      </w:tc>
      <w:tc>
        <w:tcPr>
          <w:tcW w:type="dxa" w:w="4608"/>
          <w:vAlign w:val="center"/>
        </w:tcPr>
        <w:p>
          <w:pPr>
            <w:spacing w:before="0" w:after="0" w:line="240" w:lineRule="auto"/>
            <w:jc w:val="left"/>
          </w:pP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600200"/>
          <wp:effectExtent l="0" t="0" r="0" b="0"/>
          <wp:wrapNone/>
          <wp:docPr id="10" name="fa6577e72b4328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fa6577e72b4328.pn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7772400" cy="160020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<Relationship Id="rId3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Mulberry Postmark letterhead template (Letter)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