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Verdana" w:hAnsi="Verdana" w:cs="Verdana" w:eastAsia="Verdan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Verdana" w:hAnsi="Verdana" w:cs="Verdana" w:eastAsia="Verdana"/>
          <w:b w:val="0"/>
          <w:i w:val="0"/>
          <w:color w:val="5F6368"/>
          <w:sz w:val="21"/>
        </w:rPr>
        <w:t>Job Title, Quinn Harper Photography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872" w:left="1440" w:header="792" w:footer="20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Quinn Harper Photography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9189720</wp:posOffset>
          </wp:positionV>
          <wp:extent cx="7772400" cy="868680"/>
          <wp:effectExtent l="0" t="0" r="0" b="0"/>
          <wp:wrapNone/>
          <wp:docPr id="1" name="f707f21f581723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707f21f58172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8686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rPr>
        <w:trHeight w:val="1656" w:hRule="atLeast"/>
      </w:trPr>
      <w:tc>
        <w:tcPr>
          <w:tcW w:type="dxa" w:w="9360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2" name="eeb1569c601859.png" descr="Quinn Harper Photograph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eb1569c60185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3B3B3B"/>
              <w:sz w:val="42"/>
            </w:rPr>
            <w:t>Quinn Harper Photography</w:t>
          </w:r>
        </w:p>
        <w:p>
          <w:pPr>
            <w:spacing w:before="0" w:after="0" w:line="240" w:lineRule="auto"/>
            <w:jc w:val="center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6"/>
            </w:rPr>
            <w:t>FREELANCE PHOTOGRAPHER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365760"/>
          <wp:effectExtent l="0" t="0" r="0" b="0"/>
          <wp:wrapNone/>
          <wp:docPr id="3" name="a24cce67dd924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24cce67dd9248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2400" cy="3657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Verdana" w:hAnsi="Verdana" w:cs="Verdana" w:eastAsia="Verdan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Graphite Rose Bowl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