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Month DD, YYYY</w:t>
      </w:r>
    </w:p>
    <w:p>
      <w:pPr>
        <w:spacing w:before="0" w:after="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City, ST 00000</w:t>
      </w:r>
    </w:p>
    <w:p>
      <w:pPr>
        <w:spacing w:before="0" w:after="160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Sincerely,</w:t>
      </w:r>
    </w:p>
    <w:p>
      <w:pPr>
        <w:spacing w:before="0" w:after="0"/>
      </w:pPr>
      <w:r>
        <w:rPr>
          <w:rFonts w:ascii="Cambria" w:hAnsi="Cambria" w:cs="Cambria" w:eastAsia="Cambr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Cambria" w:hAnsi="Cambria" w:cs="Cambria" w:eastAsia="Cambria"/>
          <w:b w:val="0"/>
          <w:i w:val="0"/>
          <w:color w:val="5F6368"/>
          <w:sz w:val="21"/>
        </w:rPr>
        <w:t>Job Title, Casey Monroe Design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808" w:right="1440" w:bottom="1872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c>
        <w:tcPr>
          <w:tcW w:type="dxa" w:w="9360"/>
          <w:vAlign w:val="center"/>
        </w:tcPr>
        <w:p>
          <w:pPr>
            <w:spacing w:before="0" w:after="0" w:line="240" w:lineRule="auto"/>
            <w:jc w:val="left"/>
          </w:pPr>
          <w:r>
            <w:rPr>
              <w:rFonts w:ascii="Cambria" w:hAnsi="Cambria" w:cs="Cambria" w:eastAsia="Cambria"/>
              <w:b w:val="0"/>
              <w:i w:val="0"/>
              <w:color w:val="5F6368"/>
              <w:sz w:val="15"/>
            </w:rPr>
            <w:t>100 Main Street, Suite 200 · City, ST 00000</w:t>
          </w:r>
        </w:p>
        <w:p>
          <w:pPr>
            <w:spacing w:before="0" w:after="0" w:line="240" w:lineRule="auto"/>
            <w:jc w:val="left"/>
          </w:pPr>
          <w:r>
            <w:rPr>
              <w:rFonts w:ascii="Cambria" w:hAnsi="Cambria" w:cs="Cambria" w:eastAsia="Cambria"/>
              <w:b w:val="0"/>
              <w:i w:val="0"/>
              <w:color w:val="5F6368"/>
              <w:sz w:val="15"/>
            </w:rPr>
            <w:t>+1 (555) 010-0100  ·  hello@yourcompany.com  ·  www.yourcompany.com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8503920</wp:posOffset>
          </wp:positionV>
          <wp:extent cx="7772400" cy="1554480"/>
          <wp:effectExtent l="0" t="0" r="0" b="0"/>
          <wp:wrapNone/>
          <wp:docPr id="1" name="7dd1eff8f39d2e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7dd1eff8f39d2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55448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8150"/>
      <w:gridCol w:w="1210"/>
    </w:tblGrid>
    <w:tr>
      <w:trPr>
        <w:trHeight w:val="1584" w:hRule="atLeast"/>
      </w:trPr>
      <w:tc>
        <w:tcPr>
          <w:tcW w:type="dxa" w:w="8150"/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Calibri" w:hAnsi="Calibri" w:cs="Calibri" w:eastAsia="Calibri"/>
              <w:b/>
              <w:i w:val="0"/>
              <w:color w:val="8A4F3D"/>
              <w:sz w:val="40"/>
            </w:rPr>
            <w:t>Casey Monroe Design</w:t>
          </w:r>
        </w:p>
        <w:p>
          <w:pPr>
            <w:spacing w:before="0" w:after="80" w:line="240" w:lineRule="auto"/>
            <w:jc w:val="left"/>
          </w:pPr>
          <w:r>
            <w:rPr>
              <w:rFonts w:ascii="Cambria" w:hAnsi="Cambria" w:cs="Cambria" w:eastAsia="Cambria"/>
              <w:b w:val="0"/>
              <w:i w:val="0"/>
              <w:color w:val="5F6368"/>
              <w:sz w:val="15"/>
            </w:rPr>
            <w:t>FREELANCE DESIGNER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3d37b2611f0ce2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3d37b2611f0ce2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>+1 (555) 010-0100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93888ee207b0c3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93888ee207b0c3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>hello@yourcompany.com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94baf708503508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94baf708503508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>www.yourcompany.com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ca68fda039c014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ca68fda039c014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>100 Main Street, Suite 200 · City, ST 00000</w:t>
          </w:r>
        </w:p>
      </w:tc>
      <w:tc>
        <w:tcPr>
          <w:tcW w:type="dxa" w:w="1210"/>
          <w:vAlign w:val="center"/>
        </w:tcPr>
        <w:p>
          <w:pPr>
            <w:spacing w:before="0" w:after="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548640" cy="548640"/>
                <wp:docPr id="6" name="274ba023223488.png" descr="Casey Monroe Design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74ba023223488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8640" cy="54864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spacing w:before="0" w:after="0" w:line="40" w:lineRule="exac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mbria" w:hAnsi="Cambria" w:cs="Cambria" w:eastAsia="Cambr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mbria" w:hAnsi="Cambr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mbria" w:hAnsi="Cambr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Clay Half Disc letterhead template (Letter)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