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Cambria" w:hAnsi="Cambria" w:cs="Cambria" w:eastAsia="Cambr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mbria" w:hAnsi="Cambria" w:cs="Cambria" w:eastAsia="Cambria"/>
          <w:b w:val="0"/>
          <w:i w:val="0"/>
          <w:color w:val="5F6368"/>
          <w:sz w:val="21"/>
        </w:rPr>
        <w:t>Job Title, Summit Roofing Co.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3024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100 Main Street, Suite 200 · City, ST 00000</w:t>
          </w:r>
        </w:p>
        <w:p>
          <w:pPr>
            <w:spacing w:before="0" w:after="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+1 (555) 010-0100  ·  hello@yourcompany.com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9372600</wp:posOffset>
          </wp:positionV>
          <wp:extent cx="7772400" cy="685800"/>
          <wp:effectExtent l="0" t="0" r="0" b="0"/>
          <wp:wrapNone/>
          <wp:docPr id="1" name="e28f585c366619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28f585c36661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68580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6192"/>
      <w:gridCol w:w="3168"/>
    </w:tblGrid>
    <w:tr>
      <w:trPr>
        <w:trHeight w:val="1584" w:hRule="atLeast"/>
      </w:trPr>
      <w:tc>
        <w:tcPr>
          <w:tcW w:type="dxa" w:w="6192"/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libri" w:hAnsi="Calibri" w:cs="Calibri" w:eastAsia="Calibri"/>
              <w:b/>
              <w:i w:val="0"/>
              <w:color w:val="22304A"/>
              <w:sz w:val="40"/>
            </w:rPr>
            <w:t>Summit Roofing Co.</w:t>
          </w:r>
        </w:p>
        <w:p>
          <w:pPr>
            <w:spacing w:before="0" w:after="8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ROOFING AND EXTERIORS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f95362bc510b3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95362bc510b3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37f89fd2dc64e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7f89fd2dc64ea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91e425c2c3fe1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1e425c2c3fe1b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ce066dfd423b1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e066dfd423b1c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168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737360"/>
          <wp:effectExtent l="0" t="0" r="0" b="0"/>
          <wp:wrapNone/>
          <wp:docPr id="6" name="6ecce42d596eee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6ecce42d596eee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772400" cy="1737360"/>
                  </a:xfrm>
                  <a:prstGeom prst="rect"/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251659264" behindDoc="0" locked="1" layoutInCell="1" allowOverlap="1">
          <wp:simplePos x="0" y="0"/>
          <wp:positionH relativeFrom="page">
            <wp:posOffset>109728</wp:posOffset>
          </wp:positionH>
          <wp:positionV relativeFrom="page">
            <wp:posOffset>502920</wp:posOffset>
          </wp:positionV>
          <wp:extent cx="512064" cy="512064"/>
          <wp:effectExtent l="0" t="0" r="0" b="0"/>
          <wp:wrapNone/>
          <wp:docPr id="7" name="4a7f8c189c62ce.png" descr="Summit Roofing Co. logo placeholder: replace with your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4a7f8c189c62ce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512064" cy="512064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mbria" w:hAnsi="Cambria" w:cs="Cambria" w:eastAsia="Cambr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Skyline Navy Edge Tab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