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Month DD, YYYY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City, ST 00000</w:t>
      </w:r>
    </w:p>
    <w:p>
      <w:pPr>
        <w:spacing w:before="0" w:after="16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Sincerely,</w:t>
      </w:r>
    </w:p>
    <w:p>
      <w:pPr>
        <w:spacing w:before="0" w:after="0"/>
      </w:pPr>
      <w:r>
        <w:rPr>
          <w:rFonts w:ascii="Georgia" w:hAnsi="Georgia" w:cs="Georgia" w:eastAsia="Georgia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Georgia" w:hAnsi="Georgia" w:cs="Georgia" w:eastAsia="Georgia"/>
          <w:b w:val="0"/>
          <w:i w:val="0"/>
          <w:color w:val="5F6368"/>
          <w:sz w:val="21"/>
        </w:rPr>
        <w:t>Job Title, Fairmount Architects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2880" w:right="1440" w:bottom="1656" w:left="1440" w:header="432" w:footer="54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3120"/>
      <w:gridCol w:w="3120"/>
      <w:gridCol w:w="3120"/>
    </w:tblGrid>
    <w:tr>
      <w:tc>
        <w:tcPr>
          <w:tcW w:type="dxa" w:w="3120"/>
          <w:vAlign w:val="center"/>
        </w:tcPr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93345" cy="93345"/>
                <wp:docPr id="1" name="e73c0ae5e984fb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73c0ae5e984fb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" cy="93345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4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4"/>
            </w:rPr>
            <w:t>100 Main Street, Suite 200 · City, ST 00000</w:t>
          </w:r>
        </w:p>
      </w:tc>
      <w:tc>
        <w:tcPr>
          <w:tcW w:type="dxa" w:w="3120"/>
          <w:vAlign w:val="center"/>
        </w:tcPr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93345" cy="93345"/>
                <wp:docPr id="2" name="4b0a795a28e61d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4b0a795a28e61d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" cy="93345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4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4"/>
            </w:rPr>
            <w:t>+1 (555) 010-0100</w:t>
          </w:r>
        </w:p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93345" cy="93345"/>
                <wp:docPr id="3" name="e3acd5a398dce0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3acd5a398dce0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" cy="93345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4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4"/>
            </w:rPr>
            <w:t>hello@yourcompany.com</w:t>
          </w:r>
        </w:p>
      </w:tc>
      <w:tc>
        <w:tcPr>
          <w:tcW w:type="dxa" w:w="3120"/>
          <w:vAlign w:val="center"/>
        </w:tcPr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93345" cy="93345"/>
                <wp:docPr id="4" name="80d0658ab2748d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80d0658ab2748d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" cy="93345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4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4"/>
            </w:rPr>
            <w:t>www.yourcompany.com</w:t>
          </w:r>
        </w:p>
      </w:tc>
    </w:tr>
  </w:tbl>
  <w:p>
    <w:pPr>
      <w:pStyle w:val="Footer"/>
      <w:spacing w:before="0" w:after="0" w:line="40" w:lineRule="exact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360"/>
    </w:tblGrid>
    <w:tr>
      <w:trPr>
        <w:trHeight w:val="1728" w:hRule="atLeast"/>
      </w:trPr>
      <w:tc>
        <w:tcPr>
          <w:tcW w:type="dxa" w:w="9360"/>
          <w:vAlign w:val="top"/>
        </w:tcPr>
        <w:p>
          <w:pPr>
            <w:spacing w:before="0" w:after="12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502920" cy="502920"/>
                <wp:docPr id="5" name="263668523ce871.png" descr="Fairmount Architects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263668523ce871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2920" cy="50292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  <w:p>
          <w:pPr>
            <w:spacing w:before="0" w:after="40" w:line="240" w:lineRule="auto"/>
            <w:jc w:val="center"/>
          </w:pPr>
          <w:r>
            <w:rPr>
              <w:rFonts w:ascii="Trebuchet MS" w:hAnsi="Trebuchet MS" w:cs="Trebuchet MS" w:eastAsia="Trebuchet MS"/>
              <w:b/>
              <w:i w:val="0"/>
              <w:color w:val="FFFFFF"/>
              <w:sz w:val="42"/>
            </w:rPr>
            <w:t>Fairmount Architects</w:t>
          </w:r>
        </w:p>
        <w:p>
          <w:pPr>
            <w:spacing w:before="0" w:after="0" w:line="240" w:lineRule="auto"/>
            <w:jc w:val="center"/>
          </w:pPr>
          <w:r>
            <w:rPr>
              <w:rFonts w:ascii="Georgia" w:hAnsi="Georgia" w:cs="Georgia" w:eastAsia="Georgia"/>
              <w:b w:val="0"/>
              <w:i w:val="0"/>
              <w:color w:val="FFFFFF"/>
              <w:sz w:val="16"/>
            </w:rPr>
            <w:t>ARCHITECTURE AND PLANNING</w:t>
          </w: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554480"/>
          <wp:effectExtent l="0" t="0" r="0" b="0"/>
          <wp:wrapNone/>
          <wp:docPr id="6" name="52609681fdda2c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52609681fdda2c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772400" cy="155448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Georgia" w:hAnsi="Georgia" w:cs="Georgia" w:eastAsia="Georgi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<Relationship Id="rId3" Type="http://schemas.openxmlformats.org/officeDocument/2006/relationships/image" Target="media/image5.png"/><Relationship Id="rId4" Type="http://schemas.openxmlformats.org/officeDocument/2006/relationships/image" Target="media/image6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Timber Colour Field letterhead template (Letter)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