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Cambria" w:hAnsi="Cambria" w:cs="Cambria" w:eastAsia="Cambr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mbria" w:hAnsi="Cambria" w:cs="Cambria" w:eastAsia="Cambria"/>
          <w:b w:val="0"/>
          <w:i w:val="0"/>
          <w:color w:val="5F6368"/>
          <w:sz w:val="21"/>
        </w:rPr>
        <w:t>Job Title, Keystone Realty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08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Cambria" w:hAnsi="Cambria" w:cs="Cambria" w:eastAsia="Cambria"/>
              <w:b/>
              <w:i w:val="0"/>
              <w:color w:val="8B3A2E"/>
              <w:sz w:val="15"/>
            </w:rPr>
            <w:t>Keystone Realty</w:t>
          </w:r>
          <w:r>
            <w:rPr>
              <w:rFonts w:ascii="Cambria" w:hAnsi="Cambria" w:cs="Cambria" w:eastAsia="Cambria"/>
              <w:b w:val="0"/>
              <w:i w:val="0"/>
              <w:color w:val="5F6368"/>
              <w:sz w:val="15"/>
            </w:rPr>
            <w:t xml:space="preserve">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8732520</wp:posOffset>
          </wp:positionV>
          <wp:extent cx="7772400" cy="1325880"/>
          <wp:effectExtent l="0" t="0" r="0" b="0"/>
          <wp:wrapNone/>
          <wp:docPr id="1" name="77d455c1734820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77d455c173482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32588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147"/>
      <w:gridCol w:w="4176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2" name="79bc22e6c7b964.png" descr="Keystone Realty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9bc22e6c7b964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147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Calibri" w:hAnsi="Calibri" w:cs="Calibri" w:eastAsia="Calibri"/>
              <w:b/>
              <w:i w:val="0"/>
              <w:color w:val="8B3A2E"/>
              <w:sz w:val="40"/>
            </w:rPr>
            <w:t>Keystone Realty</w:t>
          </w:r>
        </w:p>
        <w:p>
          <w:pPr>
            <w:spacing w:before="0" w:after="80" w:line="240" w:lineRule="auto"/>
            <w:jc w:val="left"/>
          </w:pPr>
          <w:r>
            <w:rPr>
              <w:rFonts w:ascii="Cambria" w:hAnsi="Cambria" w:cs="Cambria" w:eastAsia="Cambria"/>
              <w:b w:val="0"/>
              <w:i w:val="0"/>
              <w:color w:val="5F6368"/>
              <w:sz w:val="15"/>
            </w:rPr>
            <w:t>PROPERTY SALES AND LETTINGS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1ec0aaedc59f89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ec0aaedc59f89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354ff87d92e39f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54ff87d92e39f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aea927d269c75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ea927d269c755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dca72dc6fa79cf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ca72dc6fa79cf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4176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2286000"/>
          <wp:effectExtent l="0" t="0" r="0" b="0"/>
          <wp:wrapNone/>
          <wp:docPr id="7" name="ee7a76e44372d4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ee7a76e44372d4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2286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mbria" w:hAnsi="Cambria" w:cs="Cambria" w:eastAsia="Cambr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mbria" w:hAnsi="Cambr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mbria" w:hAnsi="Cambr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Brick Corner Prism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