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Brightkey Security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d067ccdc94859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067ccdc94859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cda02cc79fa24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da02cc79fa241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bee0d8dc8092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bee0d8dc8092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f1f1b1a06197c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1f1b1a06197c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46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86bf68fb07c979.png" descr="Brightkey Security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6bf68fb07c979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2541B2"/>
              <w:sz w:val="36"/>
            </w:rPr>
            <w:t>Brightkey Security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CYBER SECURITY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60a5f73ea577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60a5f73ea577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8582f30ba733a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582f30ba733a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df63d6412e0c4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f63d6412e0c4e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7adc494485c8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7adc494485c8d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46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371600"/>
          <wp:effectExtent l="0" t="0" r="0" b="0"/>
          <wp:wrapNone/>
          <wp:docPr id="10" name="2952d8f3d6287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952d8f3d6287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png"/><Relationship Id="rId3" Type="http://schemas.openxmlformats.org/officeDocument/2006/relationships/image" Target="media/image9.png"/><Relationship Id="rId4" Type="http://schemas.openxmlformats.org/officeDocument/2006/relationships/image" Target="media/image1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Ultramarine Barcode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