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Cambria" w:hAnsi="Cambria" w:cs="Cambria" w:eastAsia="Cambr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mbria" w:hAnsi="Cambria" w:cs="Cambria" w:eastAsia="Cambria"/>
          <w:b w:val="0"/>
          <w:i w:val="0"/>
          <w:color w:val="5F6368"/>
          <w:sz w:val="21"/>
        </w:rPr>
        <w:t>Job Title, Rowntree Finance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6165fbbbea8bb1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165fbbbea8bb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6e0bcb63a4fce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e0bcb63a4fced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0970694a10904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970694a10904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64b0eca30a8b1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4b0eca30a8b1c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100 Main Street, Suite 200 · City, ST 00000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3859"/>
      <w:gridCol w:w="4464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94467075bfa42c.png" descr="Rowntree Financ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4467075bfa42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859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libri" w:hAnsi="Calibri" w:cs="Calibri" w:eastAsia="Calibri"/>
              <w:b/>
              <w:i w:val="0"/>
              <w:color w:val="4C1C24"/>
              <w:sz w:val="39"/>
            </w:rPr>
            <w:t>Rowntree Finance</w:t>
          </w:r>
        </w:p>
        <w:p>
          <w:pPr>
            <w:spacing w:before="0" w:after="8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LENDING AND ADVISORY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ecbd17e6cecc4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cbd17e6cecc4b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4936dfa625e89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936dfa625e892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5b4b8c851e79b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b4b8c851e79bc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187f22c758e02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87f22c758e029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464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2377440"/>
          <wp:effectExtent l="0" t="0" r="0" b="0"/>
          <wp:wrapNone/>
          <wp:docPr id="10" name="4846620a637a55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4846620a637a55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23774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mbria" w:hAnsi="Cambria" w:cs="Cambria" w:eastAsia="Cambr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8.png"/><Relationship Id="rId3" Type="http://schemas.openxmlformats.org/officeDocument/2006/relationships/image" Target="media/image9.png"/><Relationship Id="rId4" Type="http://schemas.openxmlformats.org/officeDocument/2006/relationships/image" Target="media/image10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Boardroom Burgundy Duotone Shard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