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Month DD, YYYY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City, ST 00000</w:t>
      </w:r>
    </w:p>
    <w:p>
      <w:pPr>
        <w:spacing w:before="0" w:after="160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Sincerely,</w:t>
      </w:r>
    </w:p>
    <w:p>
      <w:pPr>
        <w:spacing w:before="0" w:after="0"/>
      </w:pPr>
      <w:r>
        <w:rPr>
          <w:rFonts w:ascii="Calibri" w:hAnsi="Calibri" w:cs="Calibri" w:eastAsia="Calibri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Calibri" w:hAnsi="Calibri" w:cs="Calibri" w:eastAsia="Calibri"/>
          <w:b w:val="0"/>
          <w:i w:val="0"/>
          <w:color w:val="5F6368"/>
          <w:sz w:val="21"/>
        </w:rPr>
        <w:t>Job Title, Atlas Point Group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2952" w:right="1440" w:bottom="1512" w:left="1440" w:header="605" w:footer="60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360"/>
    </w:tblGrid>
    <w:tr>
      <w:tc>
        <w:tcPr>
          <w:tcW w:type="dxa" w:w="9360"/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Calibri" w:hAnsi="Calibri" w:cs="Calibri" w:eastAsia="Calibri"/>
              <w:b/>
              <w:i w:val="0"/>
              <w:color w:val="0B5563"/>
              <w:sz w:val="15"/>
            </w:rPr>
            <w:t>Atlas Point Group</w:t>
          </w:r>
          <w:r>
            <w:rPr>
              <w:rFonts w:ascii="Calibri" w:hAnsi="Calibri" w:cs="Calibri" w:eastAsia="Calibri"/>
              <w:b w:val="0"/>
              <w:i w:val="0"/>
              <w:color w:val="5F6368"/>
              <w:sz w:val="15"/>
            </w:rPr>
            <w:t xml:space="preserve">  ·  www.yourcompany.com</w:t>
          </w:r>
        </w:p>
      </w:tc>
    </w:tr>
  </w:tbl>
  <w:p>
    <w:pPr>
      <w:pStyle w:val="Foot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000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8595360</wp:posOffset>
          </wp:positionV>
          <wp:extent cx="7772400" cy="1463040"/>
          <wp:effectExtent l="0" t="0" r="0" b="0"/>
          <wp:wrapNone/>
          <wp:docPr id="1" name="6015922b1c2d87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6015922b1c2d87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463040"/>
                  </a:xfrm>
                  <a:prstGeom prst="rect"/>
                </pic:spPr>
              </pic:pic>
            </a:graphicData>
          </a:graphic>
        </wp:anchor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4075"/>
      <w:gridCol w:w="4248"/>
    </w:tblGrid>
    <w:tr>
      <w:trPr>
        <w:trHeight w:val="1584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12064" cy="512064"/>
                <wp:docPr id="2" name="8b120c3c05a946.png" descr="Atlas Point Group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8b120c3c05a946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2064" cy="512064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075"/>
          <w:tcMar>
            <w:top w:w="0" w:type="dxa"/>
            <w:left w:w="144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Cambria" w:hAnsi="Cambria" w:cs="Cambria" w:eastAsia="Cambria"/>
              <w:b/>
              <w:i w:val="0"/>
              <w:color w:val="0B5563"/>
              <w:sz w:val="40"/>
            </w:rPr>
            <w:t>Atlas Point Group</w:t>
          </w:r>
        </w:p>
        <w:p>
          <w:pPr>
            <w:spacing w:before="0" w:after="80" w:line="240" w:lineRule="auto"/>
            <w:jc w:val="left"/>
          </w:pPr>
          <w:r>
            <w:rPr>
              <w:rFonts w:ascii="Calibri" w:hAnsi="Calibri" w:cs="Calibri" w:eastAsia="Calibri"/>
              <w:b w:val="0"/>
              <w:i w:val="0"/>
              <w:color w:val="5F6368"/>
              <w:sz w:val="15"/>
            </w:rPr>
            <w:t>BUSINESS SERVICES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5252587427dc12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5252587427dc12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+1 (555) 010-0100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78b0ad0d0038de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78b0ad0d0038de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hello@yourcompany.com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5" name="00b11441a101ff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00b11441a101ff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100 Main Street, Suite 200 · City, ST 00000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6" name="c4591fa55c72c5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c4591fa55c72c5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www.yourcompany.com</w:t>
          </w:r>
        </w:p>
      </w:tc>
      <w:tc>
        <w:tcPr>
          <w:tcW w:type="dxa" w:w="4248"/>
          <w:vAlign w:val="center"/>
        </w:tcPr>
        <w:p>
          <w:pPr>
            <w:spacing w:before="0" w:after="0" w:line="240" w:lineRule="auto"/>
            <w:jc w:val="left"/>
          </w:pP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2651760"/>
          <wp:effectExtent l="0" t="0" r="0" b="0"/>
          <wp:wrapNone/>
          <wp:docPr id="7" name="cc5246873285b1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c5246873285b1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772400" cy="265176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Calibri" w:hAnsi="Calibri" w:cs="Calibri" w:eastAsia="Calibri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libri" w:hAnsi="Calibri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libri" w:hAnsi="Calibri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Treasury Teal Angle Ribbons letterhead template (Letter)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