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80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Month DD, YYYY</w:t>
      </w:r>
    </w:p>
    <w:p>
      <w:pPr>
        <w:spacing w:before="0" w:after="0" w:line="276" w:lineRule="auto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Recipient Name</w:t>
      </w:r>
    </w:p>
    <w:p>
      <w:pPr>
        <w:spacing w:before="0" w:after="0" w:line="276" w:lineRule="auto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Job Title</w:t>
      </w:r>
    </w:p>
    <w:p>
      <w:pPr>
        <w:spacing w:before="0" w:after="0" w:line="276" w:lineRule="auto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Company Name</w:t>
      </w:r>
    </w:p>
    <w:p>
      <w:pPr>
        <w:spacing w:before="0" w:after="0" w:line="276" w:lineRule="auto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Street Address</w:t>
      </w:r>
    </w:p>
    <w:p>
      <w:pPr>
        <w:spacing w:before="0" w:after="280" w:line="276" w:lineRule="auto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City, ST 00000</w:t>
      </w:r>
    </w:p>
    <w:p>
      <w:pPr>
        <w:spacing w:before="0" w:after="160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Dear Recipient Name,</w:t>
      </w:r>
    </w:p>
    <w:p>
      <w:pPr>
        <w:spacing w:before="0" w:after="160" w:line="276" w:lineRule="auto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Thank you for taking the time to read this letter. Replace this paragraph with your own text: click here and start typing. The header and footer stay in place on every page, so you can write and edit without moving the design.</w:t>
      </w:r>
    </w:p>
    <w:p>
      <w:pPr>
        <w:spacing w:before="0" w:after="160" w:line="276" w:lineRule="auto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To add your logo, double-click the header, right-click the sample logo and choose Change Picture (Word) or Replace image (Google Docs). A logo about 1.5 cm (0.6 inch) tall keeps the header balanced, and a transparent PNG looks best on coloured artwork.</w:t>
      </w:r>
    </w:p>
    <w:p>
      <w:pPr>
        <w:spacing w:before="0" w:after="160" w:line="276" w:lineRule="auto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Update the company name, address and contact details once, then reuse the file for every letter. In Word, save it as a template with File › Save As › Word Template (.dotx). In Google Docs, use File › Make a copy before each new letter.</w:t>
      </w:r>
    </w:p>
    <w:p>
      <w:pPr>
        <w:spacing w:before="120" w:after="600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Sincerely,</w:t>
      </w:r>
    </w:p>
    <w:p>
      <w:pPr>
        <w:spacing w:before="0" w:after="0"/>
      </w:pPr>
      <w:r>
        <w:rPr>
          <w:rFonts w:ascii="Georgia" w:hAnsi="Georgia" w:cs="Georgia" w:eastAsia="Georgia"/>
          <w:b/>
          <w:i w:val="0"/>
          <w:color w:val="222222"/>
          <w:sz w:val="21"/>
        </w:rPr>
        <w:t>Your Name</w:t>
      </w:r>
    </w:p>
    <w:p>
      <w:pPr>
        <w:spacing w:before="0" w:after="0"/>
      </w:pPr>
      <w:r>
        <w:rPr>
          <w:rFonts w:ascii="Georgia" w:hAnsi="Georgia" w:cs="Georgia" w:eastAsia="Georgia"/>
          <w:b w:val="0"/>
          <w:i w:val="0"/>
          <w:color w:val="5F6368"/>
          <w:sz w:val="21"/>
        </w:rPr>
        <w:t>Job Title, Inkpot Letterpress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3168" w:right="1440" w:bottom="1872" w:left="1440" w:header="1152" w:footer="979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dxa" w:w="9360"/>
      <w:jc w:val="left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CellMar>
        <w:top w:w="0" w:type="dxa"/>
        <w:left w:w="0" w:type="dxa"/>
        <w:bottom w:w="0" w:type="dxa"/>
        <w:right w:w="0" w:type="dxa"/>
      </w:tblCellMar>
      <w:tblLook w:firstColumn="1" w:firstRow="1" w:lastColumn="0" w:lastRow="0" w:noHBand="0" w:noVBand="1" w:val="04A0"/>
    </w:tblPr>
    <w:tblGrid>
      <w:gridCol w:w="9360"/>
    </w:tblGrid>
    <w:tr>
      <w:tc>
        <w:tcPr>
          <w:tcW w:type="dxa" w:w="9360"/>
          <w:vAlign w:val="center"/>
        </w:tcPr>
        <w:p>
          <w:pPr>
            <w:spacing w:before="0" w:after="0" w:line="240" w:lineRule="auto"/>
            <w:jc w:val="center"/>
          </w:pPr>
          <w:r>
            <w:rPr>
              <w:rFonts w:ascii="Georgia" w:hAnsi="Georgia" w:cs="Georgia" w:eastAsia="Georgia"/>
              <w:b w:val="0"/>
              <w:i w:val="0"/>
              <w:color w:val="5F6368"/>
              <w:sz w:val="15"/>
            </w:rPr>
            <w:t>Inkpot Letterpress  ·  www.yourcompany.com</w:t>
          </w:r>
        </w:p>
      </w:tc>
    </w:tr>
  </w:tbl>
  <w:p>
    <w:pPr>
      <w:pStyle w:val="Footer"/>
      <w:spacing w:before="0" w:after="0" w:line="40" w:lineRule="exact"/>
    </w:pPr>
    <w:r>
      <w:drawing>
        <wp:anchor xmlns:a="http://schemas.openxmlformats.org/drawingml/2006/main" xmlns:pic="http://schemas.openxmlformats.org/drawingml/2006/picture" distT="0" distB="0" distL="0" distR="0" simplePos="0" relativeHeight="251650000" behindDoc="1" locked="1" layoutInCell="1" allowOverlap="1">
          <wp:simplePos x="0" y="0"/>
          <wp:positionH relativeFrom="page">
            <wp:posOffset>0</wp:posOffset>
          </wp:positionH>
          <wp:positionV relativeFrom="page">
            <wp:posOffset>9601200</wp:posOffset>
          </wp:positionV>
          <wp:extent cx="7772400" cy="457200"/>
          <wp:effectExtent l="0" t="0" r="0" b="0"/>
          <wp:wrapNone/>
          <wp:docPr id="1" name="43920afcfff91d.png">
            <a:extLst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43920afcfff91d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72400" cy="457200"/>
                  </a:xfrm>
                  <a:prstGeom prst="rect"/>
                </pic:spPr>
              </pic:pic>
            </a:graphicData>
          </a:graphic>
        </wp:anchor>
      </w:drawing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dxa" w:w="9360"/>
      <w:jc w:val="left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CellMar>
        <w:top w:w="0" w:type="dxa"/>
        <w:left w:w="0" w:type="dxa"/>
        <w:bottom w:w="0" w:type="dxa"/>
        <w:right w:w="0" w:type="dxa"/>
      </w:tblCellMar>
      <w:tblLook w:firstColumn="1" w:firstRow="1" w:lastColumn="0" w:lastRow="0" w:noHBand="0" w:noVBand="1" w:val="04A0"/>
    </w:tblPr>
    <w:tblGrid>
      <w:gridCol w:w="1037"/>
      <w:gridCol w:w="4579"/>
      <w:gridCol w:w="3744"/>
    </w:tblGrid>
    <w:tr>
      <w:trPr>
        <w:trHeight w:val="1368" w:hRule="atLeast"/>
      </w:trPr>
      <w:tc>
        <w:tcPr>
          <w:tcW w:type="dxa" w:w="1037"/>
          <w:vAlign w:val="center"/>
        </w:tcPr>
        <w:p>
          <w:pPr>
            <w:spacing w:before="0" w:after="0" w:line="240" w:lineRule="auto"/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530352" cy="530352"/>
                <wp:docPr id="2" name="5ea5171e5735b9.png" descr="Inkpot Letterpress logo placeholder: replace with your logo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5ea5171e5735b9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30352" cy="53035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4579"/>
          <w:tcMar>
            <w:top w:w="0" w:type="dxa"/>
            <w:left w:w="173" w:type="dxa"/>
            <w:bottom w:w="0" w:type="dxa"/>
            <w:right w:w="0" w:type="dxa"/>
          </w:tcMar>
          <w:vAlign w:val="center"/>
        </w:tcPr>
        <w:p>
          <w:pPr>
            <w:spacing w:before="0" w:after="30" w:line="240" w:lineRule="auto"/>
            <w:jc w:val="left"/>
          </w:pPr>
          <w:r>
            <w:rPr>
              <w:rFonts w:ascii="Verdana" w:hAnsi="Verdana" w:cs="Verdana" w:eastAsia="Verdana"/>
              <w:b/>
              <w:i w:val="0"/>
              <w:color w:val="2E2A6E"/>
              <w:sz w:val="38"/>
            </w:rPr>
            <w:t>Inkpot Letterpress</w:t>
          </w:r>
        </w:p>
        <w:p>
          <w:pPr>
            <w:spacing w:before="0" w:after="0" w:line="240" w:lineRule="auto"/>
            <w:jc w:val="left"/>
          </w:pPr>
          <w:r>
            <w:rPr>
              <w:rFonts w:ascii="Georgia" w:hAnsi="Georgia" w:cs="Georgia" w:eastAsia="Georgia"/>
              <w:b w:val="0"/>
              <w:i w:val="0"/>
              <w:color w:val="5F6368"/>
              <w:sz w:val="15"/>
            </w:rPr>
            <w:t>STATIONERY AND PRINT</w:t>
          </w:r>
        </w:p>
      </w:tc>
      <w:tc>
        <w:tcPr>
          <w:tcW w:type="dxa" w:w="3744"/>
          <w:vAlign w:val="center"/>
        </w:tcPr>
        <w:p>
          <w:pPr>
            <w:spacing w:before="0" w:after="30" w:line="240" w:lineRule="auto"/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3" name="aa6fbd5ed1a239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aa6fbd5ed1a239.pn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>100 Main Street, Suite 200 · City, ST 00000</w:t>
          </w:r>
        </w:p>
        <w:p>
          <w:pPr>
            <w:spacing w:before="0" w:after="30" w:line="240" w:lineRule="auto"/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4" name="6688fc830a3ced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6688fc830a3ced.png"/>
                        <pic:cNvPicPr/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>+1 (555) 010-0100</w:t>
          </w:r>
        </w:p>
        <w:p>
          <w:pPr>
            <w:spacing w:before="0" w:after="30" w:line="240" w:lineRule="auto"/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5" name="dd22ee6cf2ffce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dd22ee6cf2ffce.png"/>
                        <pic:cNvPicPr/>
                      </pic:nvPicPr>
                      <pic:blipFill>
                        <a:blip r:embed="rId4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>hello@yourcompany.com</w:t>
          </w:r>
        </w:p>
        <w:p>
          <w:pPr>
            <w:spacing w:before="0" w:after="30" w:line="240" w:lineRule="auto"/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6" name="3d61ddf04987e6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3d61ddf04987e6.png"/>
                        <pic:cNvPicPr/>
                      </pic:nvPicPr>
                      <pic:blipFill>
                        <a:blip r:embed="rId5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>www.yourcompany.com</w:t>
          </w:r>
        </w:p>
      </w:tc>
    </w:tr>
  </w:tbl>
  <w:p>
    <w:pPr>
      <w:pStyle w:val="Header"/>
      <w:spacing w:before="0" w:after="0" w:line="40" w:lineRule="exact"/>
    </w:pPr>
    <w:r>
      <w:drawing>
        <wp:anchor xmlns:a="http://schemas.openxmlformats.org/drawingml/2006/main" xmlns:pic="http://schemas.openxmlformats.org/drawingml/2006/picture" distT="0" distB="0" distL="0" distR="0" simplePos="0" relativeHeight="251658240" behindDoc="1" locked="1" layoutInCell="1" allowOverlap="1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603504"/>
          <wp:effectExtent l="0" t="0" r="0" b="0"/>
          <wp:wrapNone/>
          <wp:docPr id="7" name="2716af8d25ebf1.png">
            <a:extLst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2716af8d25ebf1.png"/>
                  <pic:cNvPicPr/>
                </pic:nvPicPr>
                <pic:blipFill>
                  <a:blip r:embed="rId6"/>
                  <a:stretch>
                    <a:fillRect/>
                  </a:stretch>
                </pic:blipFill>
                <pic:spPr>
                  <a:xfrm>
                    <a:off x="0" y="0"/>
                    <a:ext cx="7772400" cy="603504"/>
                  </a:xfrm>
                  <a:prstGeom prst="rect"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76" w:lineRule="auto"/>
    </w:pPr>
    <w:rPr>
      <w:rFonts w:ascii="Georgia" w:hAnsi="Georgia" w:cs="Georgia" w:eastAsia="Georgia"/>
      <w:color w:val="222222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Georgia" w:hAnsi="Georgia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Georgia" w:hAnsi="Georgia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7.png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Relationship Id="rId3" Type="http://schemas.openxmlformats.org/officeDocument/2006/relationships/image" Target="media/image3.png"/><Relationship Id="rId4" Type="http://schemas.openxmlformats.org/officeDocument/2006/relationships/image" Target="media/image4.png"/><Relationship Id="rId5" Type="http://schemas.openxmlformats.org/officeDocument/2006/relationships/image" Target="media/image5.png"/><Relationship Id="rId6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Indigo Blush Loop Line letterhead template (Letter)</dc:title>
  <dc:subject>Free letterhead template for Microsoft Word and Google Docs</dc:subject>
  <dc:creator>Soft Learn Hub</dc:creator>
  <cp:keywords>letterhead template, free letterhead template, Word letterhead, Google Docs letterhead</cp:keywords>
  <dc:description>Free to use and edit. Made by Soft Learn Hub: https://softlearnhub.com/free-letterhead-templates/</dc:description>
  <cp:lastModifiedBy>Soft Learn Hub</cp:lastModifiedBy>
  <cp:revision>1</cp:revision>
  <dcterms:created xsi:type="dcterms:W3CDTF">2013-12-23T23:15:00Z</dcterms:created>
  <dcterms:modified xsi:type="dcterms:W3CDTF">2013-12-23T23:15:00Z</dcterms:modified>
  <cp:category/>
  <dc:language>en-US</dc:language>
</cp:coreProperties>
</file>