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DD Month YYYY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City, Postcode</w:t>
      </w:r>
    </w:p>
    <w:p>
      <w:pPr>
        <w:spacing w:before="0" w:after="16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Kind regards,</w:t>
      </w:r>
    </w:p>
    <w:p>
      <w:pPr>
        <w:spacing w:before="0" w:after="0"/>
      </w:pPr>
      <w:r>
        <w:rPr>
          <w:rFonts w:ascii="Arial" w:hAnsi="Arial" w:cs="Arial" w:eastAsia="Arial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Arial" w:hAnsi="Arial" w:cs="Arial" w:eastAsia="Arial"/>
          <w:b w:val="0"/>
          <w:i w:val="0"/>
          <w:color w:val="5F6368"/>
          <w:sz w:val="21"/>
        </w:rPr>
        <w:t>Job Title, Saffron Table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808" w:right="1440" w:bottom="1512" w:left="1440" w:header="605" w:footer="60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026"/>
    </w:tblGrid>
    <w:tr>
      <w:tc>
        <w:tcPr>
          <w:tcW w:type="dxa" w:w="9026"/>
          <w:vAlign w:val="center"/>
        </w:tcPr>
        <w:p>
          <w:pPr>
            <w:spacing w:before="0" w:after="0" w:line="240" w:lineRule="auto"/>
            <w:jc w:val="left"/>
          </w:pPr>
          <w:r>
            <w:rPr>
              <w:rFonts w:ascii="Arial" w:hAnsi="Arial" w:cs="Arial" w:eastAsia="Arial"/>
              <w:b w:val="0"/>
              <w:i w:val="0"/>
              <w:color w:val="5F6368"/>
              <w:sz w:val="15"/>
            </w:rPr>
            <w:t>10 High Street · Your City · Postcode</w:t>
          </w:r>
        </w:p>
        <w:p>
          <w:pPr>
            <w:spacing w:before="0" w:after="0" w:line="240" w:lineRule="auto"/>
            <w:jc w:val="left"/>
          </w:pPr>
          <w:r>
            <w:rPr>
              <w:rFonts w:ascii="Arial" w:hAnsi="Arial" w:cs="Arial" w:eastAsia="Arial"/>
              <w:b w:val="0"/>
              <w:i w:val="0"/>
              <w:color w:val="5F6368"/>
              <w:sz w:val="15"/>
            </w:rPr>
            <w:t>+44 (0)20 7946 0000  ·  hello@yourcompany.com  ·  www.yourcompany.com</w:t>
          </w:r>
        </w:p>
      </w:tc>
    </w:tr>
  </w:tbl>
  <w:p>
    <w:pPr>
      <w:pStyle w:val="Foot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000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9823399</wp:posOffset>
          </wp:positionV>
          <wp:extent cx="7560259" cy="868680"/>
          <wp:effectExtent l="0" t="0" r="0" b="0"/>
          <wp:wrapNone/>
          <wp:docPr id="1" name="384d9b23d700b1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384d9b23d700b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259" cy="868680"/>
                  </a:xfrm>
                  <a:prstGeom prst="rect"/>
                </pic:spPr>
              </pic:pic>
            </a:graphicData>
          </a:graphic>
        </wp:anchor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3122"/>
      <w:gridCol w:w="4867"/>
      <w:gridCol w:w="1037"/>
    </w:tblGrid>
    <w:tr>
      <w:trPr>
        <w:trHeight w:val="1584" w:hRule="atLeast"/>
      </w:trPr>
      <w:tc>
        <w:tcPr>
          <w:tcW w:type="dxa" w:w="3122"/>
          <w:vAlign w:val="center"/>
        </w:tcPr>
        <w:p>
          <w:pPr>
            <w:spacing w:before="0" w:after="0" w:line="240" w:lineRule="auto"/>
            <w:jc w:val="right"/>
          </w:pPr>
        </w:p>
      </w:tc>
      <w:tc>
        <w:tcPr>
          <w:tcW w:type="dxa" w:w="4867"/>
          <w:tcMar>
            <w:top w:w="0" w:type="dxa"/>
            <w:left w:w="0" w:type="dxa"/>
            <w:bottom w:w="0" w:type="dxa"/>
            <w:right w:w="144" w:type="dxa"/>
          </w:tcMar>
          <w:vAlign w:val="center"/>
        </w:tcPr>
        <w:p>
          <w:pPr>
            <w:spacing w:before="0" w:after="30" w:line="240" w:lineRule="auto"/>
            <w:jc w:val="right"/>
          </w:pPr>
          <w:r>
            <w:rPr>
              <w:rFonts w:ascii="Georgia" w:hAnsi="Georgia" w:cs="Georgia" w:eastAsia="Georgia"/>
              <w:b/>
              <w:i w:val="0"/>
              <w:color w:val="9C3D10"/>
              <w:sz w:val="40"/>
            </w:rPr>
            <w:t>Saffron Table</w:t>
          </w:r>
        </w:p>
        <w:p>
          <w:pPr>
            <w:spacing w:before="0" w:after="80" w:line="240" w:lineRule="auto"/>
            <w:jc w:val="right"/>
          </w:pPr>
          <w:r>
            <w:rPr>
              <w:rFonts w:ascii="Arial" w:hAnsi="Arial" w:cs="Arial" w:eastAsia="Arial"/>
              <w:b w:val="0"/>
              <w:i w:val="0"/>
              <w:color w:val="5F6368"/>
              <w:sz w:val="15"/>
            </w:rPr>
            <w:t>INDIAN RESTAURANT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2" name="655032defa4443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655032defa4443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+44 (0)20 7946 0000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f0efdddb3614ce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0efdddb3614ce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hello@yourcompany.com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f26ed3950df65d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26ed3950df65d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10 High Street · Your City · Postcode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5" name="9b5c9a8c406239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9b5c9a8c406239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www.yourcompany.com</w:t>
          </w:r>
        </w:p>
      </w:tc>
      <w:tc>
        <w:tcPr>
          <w:tcW w:type="dxa" w:w="1037"/>
          <w:vAlign w:val="center"/>
        </w:tcPr>
        <w:p>
          <w:pPr>
            <w:spacing w:before="0" w:after="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512064" cy="512064"/>
                <wp:docPr id="6" name="2ae090e276ce02.png" descr="Saffron Table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2ae090e276ce02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2064" cy="512064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259" cy="1463040"/>
          <wp:effectExtent l="0" t="0" r="0" b="0"/>
          <wp:wrapNone/>
          <wp:docPr id="7" name="39473bba92872d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39473bba92872d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560259" cy="146304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Spice Page Fold letterhead template (A4)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