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Driftwood Surf Shop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456" w:right="1440" w:bottom="1656" w:left="1440" w:header="51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a67ec94403b7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67ec94403b7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e9f5718428ab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9f5718428abf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c0545698002c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c0545698002c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2a0e40331488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2a0e40331488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699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5" name="ece4b4542560c5.png" descr="Driftwood Surf Shop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ce4b4542560c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Times New Roman" w:hAnsi="Times New Roman" w:cs="Times New Roman" w:eastAsia="Times New Roman"/>
              <w:b/>
              <w:i w:val="0"/>
              <w:color w:val="FFFFFF"/>
              <w:sz w:val="42"/>
            </w:rPr>
            <w:t>Driftwood Surf Shop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6"/>
            </w:rPr>
            <w:t>SURF AND OUTDOOR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57400"/>
          <wp:effectExtent l="0" t="0" r="0" b="0"/>
          <wp:wrapNone/>
          <wp:docPr id="6" name="df7a296e721e5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f7a296e721e5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Coastal Teal Chevron Cut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