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80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DD Month YYYY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Recipient Name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Job Title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Company Name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Street Address</w:t>
      </w:r>
    </w:p>
    <w:p>
      <w:pPr>
        <w:spacing w:before="0" w:after="28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City, Postcode</w:t>
      </w:r>
    </w:p>
    <w:p>
      <w:pPr>
        <w:spacing w:before="0" w:after="160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Dear Recipient Name,</w:t>
      </w:r>
    </w:p>
    <w:p>
      <w:pPr>
        <w:spacing w:before="0" w:after="16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Thank you for taking the time to read this letter. Replace this paragraph with your own text: click here and start typing. The header and footer stay in place on every page, so you can write and edit without moving the design.</w:t>
      </w:r>
    </w:p>
    <w:p>
      <w:pPr>
        <w:spacing w:before="0" w:after="16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To add your logo, double-click the header, right-click the sample logo and choose Change Picture (Word) or Replace image (Google Docs). A logo about 1.5 cm (0.6 inch) tall keeps the header balanced, and a transparent PNG looks best on coloured artwork.</w:t>
      </w:r>
    </w:p>
    <w:p>
      <w:pPr>
        <w:spacing w:before="0" w:after="16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Update the company name, address and contact details once, then reuse the file for every letter. In Word, save it as a template with File › Save As › Word Template (.dotx). In Google Docs, use File › Make a copy before each new letter.</w:t>
      </w:r>
    </w:p>
    <w:p>
      <w:pPr>
        <w:spacing w:before="120" w:after="600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Kind regards,</w:t>
      </w:r>
    </w:p>
    <w:p>
      <w:pPr>
        <w:spacing w:before="0" w:after="0"/>
      </w:pPr>
      <w:r>
        <w:rPr>
          <w:rFonts w:ascii="Georgia" w:hAnsi="Georgia" w:cs="Georgia" w:eastAsia="Georgia"/>
          <w:b/>
          <w:i w:val="0"/>
          <w:color w:val="222222"/>
          <w:sz w:val="21"/>
        </w:rPr>
        <w:t>Your Name</w:t>
      </w:r>
    </w:p>
    <w:p>
      <w:pPr>
        <w:spacing w:before="0" w:after="0"/>
      </w:pPr>
      <w:r>
        <w:rPr>
          <w:rFonts w:ascii="Georgia" w:hAnsi="Georgia" w:cs="Georgia" w:eastAsia="Georgia"/>
          <w:b w:val="0"/>
          <w:i w:val="0"/>
          <w:color w:val="5F6368"/>
          <w:sz w:val="21"/>
        </w:rPr>
        <w:t>Job Title, Rosewater Boutique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3384" w:right="1440" w:bottom="2016" w:left="1440" w:header="605" w:footer="112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026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9026"/>
    </w:tblGrid>
    <w:tr>
      <w:tc>
        <w:tcPr>
          <w:tcW w:type="dxa" w:w="9026"/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Georgia" w:hAnsi="Georgia" w:cs="Georgia" w:eastAsia="Georgia"/>
              <w:b/>
              <w:i w:val="0"/>
              <w:color w:val="6B3A4B"/>
              <w:sz w:val="15"/>
            </w:rPr>
            <w:t>Rosewater Boutique</w:t>
          </w:r>
          <w:r>
            <w:rPr>
              <w:rFonts w:ascii="Georgia" w:hAnsi="Georgia" w:cs="Georgia" w:eastAsia="Georgia"/>
              <w:b w:val="0"/>
              <w:i w:val="0"/>
              <w:color w:val="5F6368"/>
              <w:sz w:val="15"/>
            </w:rPr>
            <w:t xml:space="preserve">  ·  www.yourcompany.com</w:t>
          </w:r>
        </w:p>
      </w:tc>
    </w:tr>
  </w:tbl>
  <w:p>
    <w:pPr>
      <w:pStyle w:val="Footer"/>
      <w:spacing w:before="0" w:after="0" w:line="4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25165000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10125151</wp:posOffset>
          </wp:positionV>
          <wp:extent cx="7560259" cy="566928"/>
          <wp:effectExtent l="0" t="0" r="0" b="0"/>
          <wp:wrapNone/>
          <wp:docPr id="1" name="6c6ed9c4701148.png">
            <a:extLs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6c6ed9c4701148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259" cy="566928"/>
                  </a:xfrm>
                  <a:prstGeom prst="rect"/>
                </pic:spPr>
              </pic:pic>
            </a:graphicData>
          </a:graphic>
        </wp:anchor>
      </w:drawing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026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1037"/>
      <w:gridCol w:w="4245"/>
      <w:gridCol w:w="3744"/>
    </w:tblGrid>
    <w:tr>
      <w:trPr>
        <w:trHeight w:val="1440" w:hRule="atLeast"/>
      </w:trPr>
      <w:tc>
        <w:tcPr>
          <w:tcW w:type="dxa" w:w="1037"/>
          <w:vAlign w:val="center"/>
        </w:tcPr>
        <w:p>
          <w:pPr>
            <w:spacing w:before="0" w:after="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530352" cy="530352"/>
                <wp:docPr id="2" name="0bcabf6497a944.png" descr="Rosewater Boutique logo placeholder: replace with your logo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0bcabf6497a944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30352" cy="53035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245"/>
          <w:tcMar>
            <w:top w:w="0" w:type="dxa"/>
            <w:left w:w="173" w:type="dxa"/>
            <w:bottom w:w="0" w:type="dxa"/>
            <w:right w:w="0" w:type="dxa"/>
          </w:tcMar>
          <w:vAlign w:val="center"/>
        </w:tcPr>
        <w:p>
          <w:pPr>
            <w:spacing w:before="0" w:after="30" w:line="240" w:lineRule="auto"/>
            <w:jc w:val="left"/>
          </w:pPr>
          <w:r>
            <w:rPr>
              <w:rFonts w:ascii="Trebuchet MS" w:hAnsi="Trebuchet MS" w:cs="Trebuchet MS" w:eastAsia="Trebuchet MS"/>
              <w:b/>
              <w:i w:val="0"/>
              <w:color w:val="FFFFFF"/>
              <w:sz w:val="37"/>
            </w:rPr>
            <w:t>Rosewater Boutique</w:t>
          </w:r>
        </w:p>
        <w:p>
          <w:pPr>
            <w:spacing w:before="0" w:after="0" w:line="240" w:lineRule="auto"/>
            <w:jc w:val="left"/>
          </w:pPr>
          <w:r>
            <w:rPr>
              <w:rFonts w:ascii="Georgia" w:hAnsi="Georgia" w:cs="Georgia" w:eastAsia="Georgia"/>
              <w:b w:val="0"/>
              <w:i w:val="0"/>
              <w:color w:val="FFFFFF"/>
              <w:sz w:val="15"/>
            </w:rPr>
            <w:t>FASHION AND ACCESSORIES</w:t>
          </w:r>
        </w:p>
      </w:tc>
      <w:tc>
        <w:tcPr>
          <w:tcW w:type="dxa" w:w="3744"/>
          <w:vAlign w:val="center"/>
        </w:tcPr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3" name="49e47f647623fa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49e47f647623fa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FFFFFF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FFFFFF"/>
              <w:sz w:val="15"/>
            </w:rPr>
            <w:t>10 High Street · Your City · Postcode</w:t>
          </w:r>
        </w:p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4" name="118a65377a3708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118a65377a3708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FFFFFF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FFFFFF"/>
              <w:sz w:val="15"/>
            </w:rPr>
            <w:t>+44 (0)20 7946 0000</w:t>
          </w:r>
        </w:p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5" name="e9d566ae5a15b5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e9d566ae5a15b5.png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FFFFFF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FFFFFF"/>
              <w:sz w:val="15"/>
            </w:rPr>
            <w:t>hello@yourcompany.com</w:t>
          </w:r>
        </w:p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6" name="926f938906a841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926f938906a841.png"/>
                        <pic:cNvPicPr/>
                      </pic:nvPicPr>
                      <pic:blipFill>
                        <a:blip r:embed="rId5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FFFFFF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FFFFFF"/>
              <w:sz w:val="15"/>
            </w:rPr>
            <w:t>www.yourcompany.com</w:t>
          </w:r>
        </w:p>
      </w:tc>
    </w:tr>
  </w:tbl>
  <w:p>
    <w:pPr>
      <w:pStyle w:val="Header"/>
      <w:spacing w:before="0" w:after="0" w:line="4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25165824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259" cy="1920240"/>
          <wp:effectExtent l="0" t="0" r="0" b="0"/>
          <wp:wrapNone/>
          <wp:docPr id="7" name="1c17a57a072a52.png">
            <a:extLs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1c17a57a072a52.png"/>
                  <pic:cNvPicPr/>
                </pic:nvPicPr>
                <pic:blipFill>
                  <a:blip r:embed="rId6"/>
                  <a:stretch>
                    <a:fillRect/>
                  </a:stretch>
                </pic:blipFill>
                <pic:spPr>
                  <a:xfrm>
                    <a:off x="0" y="0"/>
                    <a:ext cx="7560259" cy="1920240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Georgia" w:hAnsi="Georgia" w:cs="Georgia" w:eastAsia="Georgia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Georgia" w:hAnsi="Georgia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Georgia" w:hAnsi="Georgia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7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<Relationship Id="rId4" Type="http://schemas.openxmlformats.org/officeDocument/2006/relationships/image" Target="media/image4.png"/><Relationship Id="rId5" Type="http://schemas.openxmlformats.org/officeDocument/2006/relationships/image" Target="media/image5.png"/><Relationship Id="rId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Boutique Blush Twin Tide letterhead template (A4)</dc:title>
  <dc:subject>Free letterhead template for Microsoft Word and Google Docs</dc:subject>
  <dc:creator>Soft Learn Hub</dc:creator>
  <cp:keywords>letterhead template, free letterhead template, Word letterhead, Google Docs letterhead</cp:keywords>
  <dc:description>Free to use and edit. Made by Soft Learn Hub: https://softlearnhub.com/free-letterhead-templates/</dc:description>
  <cp:lastModifiedBy>Soft Learn Hub</cp:lastModifiedBy>
  <cp:revision>1</cp:revision>
  <dcterms:created xsi:type="dcterms:W3CDTF">2013-12-23T23:15:00Z</dcterms:created>
  <dcterms:modified xsi:type="dcterms:W3CDTF">2013-12-23T23:15:00Z</dcterms:modified>
  <cp:category/>
  <dc:language>en-GB</dc:language>
</cp:coreProperties>
</file>