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Verdana" w:hAnsi="Verdana" w:cs="Verdana" w:eastAsia="Verdan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Verdana" w:hAnsi="Verdana" w:cs="Verdana" w:eastAsia="Verdana"/>
          <w:b w:val="0"/>
          <w:i w:val="0"/>
          <w:color w:val="5F6368"/>
          <w:sz w:val="21"/>
        </w:rPr>
        <w:t>Job Title, Quinn Harper Photography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80" w:right="1440" w:bottom="1872" w:left="1440" w:header="792" w:footer="20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Quinn Harper Photography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9823399</wp:posOffset>
          </wp:positionV>
          <wp:extent cx="7560259" cy="868680"/>
          <wp:effectExtent l="0" t="0" r="0" b="0"/>
          <wp:wrapNone/>
          <wp:docPr id="1" name="a029730bcb0204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029730bcb020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8686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rPr>
        <w:trHeight w:val="1656" w:hRule="atLeast"/>
      </w:trPr>
      <w:tc>
        <w:tcPr>
          <w:tcW w:type="dxa" w:w="9026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2" name="eeb1569c601859.png" descr="Quinn Harper Photograph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eb1569c60185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3B3B3B"/>
              <w:sz w:val="42"/>
            </w:rPr>
            <w:t>Quinn Harper Photography</w:t>
          </w:r>
        </w:p>
        <w:p>
          <w:pPr>
            <w:spacing w:before="0" w:after="0" w:line="240" w:lineRule="auto"/>
            <w:jc w:val="center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6"/>
            </w:rPr>
            <w:t>FREELANCE PHOTOGRAPHER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365760"/>
          <wp:effectExtent l="0" t="0" r="0" b="0"/>
          <wp:wrapNone/>
          <wp:docPr id="3" name="6281e195312c5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281e195312c5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259" cy="3657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Verdana" w:hAnsi="Verdana" w:cs="Verdana" w:eastAsia="Verdan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Graphite Rose Bowl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