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Casey Monroe Design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87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10 High Street · Your City · Postcode</w:t>
          </w:r>
        </w:p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+44 (0)20 7946 0000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9137599</wp:posOffset>
          </wp:positionV>
          <wp:extent cx="7560259" cy="1554480"/>
          <wp:effectExtent l="0" t="0" r="0" b="0"/>
          <wp:wrapNone/>
          <wp:docPr id="1" name="0f202634fc9f7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f202634fc9f7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5544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7816"/>
      <w:gridCol w:w="1210"/>
    </w:tblGrid>
    <w:tr>
      <w:trPr>
        <w:trHeight w:val="1584" w:hRule="atLeast"/>
      </w:trPr>
      <w:tc>
        <w:tcPr>
          <w:tcW w:type="dxa" w:w="7816"/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8A4F3D"/>
              <w:sz w:val="40"/>
            </w:rPr>
            <w:t>Casey Monroe Design</w:t>
          </w:r>
        </w:p>
        <w:p>
          <w:pPr>
            <w:spacing w:before="0" w:after="8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FREELANCE DESIGNER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3d37b2611f0ce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d37b2611f0c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93888ee207b0c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3888ee207b0c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94baf70850350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4baf708503508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ca68fda039c01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a68fda039c014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 High Street · Your City · Postcode</w:t>
          </w:r>
        </w:p>
      </w:tc>
      <w:tc>
        <w:tcPr>
          <w:tcW w:type="dxa" w:w="1210"/>
          <w:vAlign w:val="center"/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48640" cy="548640"/>
                <wp:docPr id="6" name="274ba023223488.png" descr="Casey Monroe Design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74ba023223488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" cy="54864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Clay Half Disc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