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DD Month YYYY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City, Postcode</w:t>
      </w:r>
    </w:p>
    <w:p>
      <w:pPr>
        <w:spacing w:before="0" w:after="16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Kind regards,</w:t>
      </w:r>
    </w:p>
    <w:p>
      <w:pPr>
        <w:spacing w:before="0" w:after="0"/>
      </w:pPr>
      <w:r>
        <w:rPr>
          <w:rFonts w:ascii="Georgia" w:hAnsi="Georgia" w:cs="Georgia" w:eastAsia="Georgi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Georgia" w:hAnsi="Georgia" w:cs="Georgia" w:eastAsia="Georgia"/>
          <w:b w:val="0"/>
          <w:i w:val="0"/>
          <w:color w:val="5F6368"/>
          <w:sz w:val="21"/>
        </w:rPr>
        <w:t>Job Title, Greenway Landscapes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808" w:right="1440" w:bottom="1512" w:left="1440" w:header="605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c>
        <w:tcPr>
          <w:tcW w:type="dxa" w:w="9026"/>
          <w:vAlign w:val="center"/>
        </w:tcPr>
        <w:p>
          <w:pPr>
            <w:spacing w:before="0" w:after="0" w:line="240" w:lineRule="auto"/>
            <w:jc w:val="left"/>
          </w:pPr>
          <w:r>
            <w:rPr>
              <w:rFonts w:ascii="Georgia" w:hAnsi="Georgia" w:cs="Georgia" w:eastAsia="Georgia"/>
              <w:b w:val="0"/>
              <w:i w:val="0"/>
              <w:color w:val="5F6368"/>
              <w:sz w:val="15"/>
            </w:rPr>
            <w:t>10 High Street · Your City · Postcode</w:t>
          </w:r>
        </w:p>
        <w:p>
          <w:pPr>
            <w:spacing w:before="0" w:after="0" w:line="240" w:lineRule="auto"/>
            <w:jc w:val="left"/>
          </w:pPr>
          <w:r>
            <w:rPr>
              <w:rFonts w:ascii="Georgia" w:hAnsi="Georgia" w:cs="Georgia" w:eastAsia="Georgia"/>
              <w:b w:val="0"/>
              <w:i w:val="0"/>
              <w:color w:val="5F6368"/>
              <w:sz w:val="15"/>
            </w:rPr>
            <w:t>+44 (0)20 7946 0000  ·  hello@yourcompany.com  ·  www.yourcompany.com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9229039</wp:posOffset>
          </wp:positionV>
          <wp:extent cx="7560259" cy="1463040"/>
          <wp:effectExtent l="0" t="0" r="0" b="0"/>
          <wp:wrapNone/>
          <wp:docPr id="1" name="c81f46bde6a13b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81f46bde6a13b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259" cy="1463040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5299"/>
      <w:gridCol w:w="2690"/>
    </w:tblGrid>
    <w:tr>
      <w:trPr>
        <w:trHeight w:val="1584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12064" cy="512064"/>
                <wp:docPr id="2" name="50353198e28133.png" descr="Greenway Landscapes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50353198e28133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2064" cy="51206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299"/>
          <w:tcMar>
            <w:top w:w="0" w:type="dxa"/>
            <w:left w:w="144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Arial" w:hAnsi="Arial" w:cs="Arial" w:eastAsia="Arial"/>
              <w:b/>
              <w:i w:val="0"/>
              <w:color w:val="4B5320"/>
              <w:sz w:val="40"/>
            </w:rPr>
            <w:t>Greenway Landscapes</w:t>
          </w:r>
        </w:p>
        <w:p>
          <w:pPr>
            <w:spacing w:before="0" w:after="80" w:line="240" w:lineRule="auto"/>
            <w:jc w:val="left"/>
          </w:pPr>
          <w:r>
            <w:rPr>
              <w:rFonts w:ascii="Georgia" w:hAnsi="Georgia" w:cs="Georgia" w:eastAsia="Georgia"/>
              <w:b w:val="0"/>
              <w:i w:val="0"/>
              <w:color w:val="5F6368"/>
              <w:sz w:val="15"/>
            </w:rPr>
            <w:t>LANDSCAPE DESIGN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07c0acbe8ebab9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07c0acbe8ebab9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+44 (0)20 7946 0000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a19464e04435e8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19464e04435e8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5" name="b3ba73a905585e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b3ba73a905585e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10 High Street · Your City · Postcode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6" name="11559be741bb9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11559be741bb9a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www.yourcompany.com</w:t>
          </w:r>
        </w:p>
      </w:tc>
      <w:tc>
        <w:tcPr>
          <w:tcW w:type="dxa" w:w="2690"/>
          <w:vAlign w:val="center"/>
        </w:tcPr>
        <w:p>
          <w:pPr>
            <w:spacing w:before="0" w:after="0" w:line="240" w:lineRule="auto"/>
            <w:jc w:val="left"/>
          </w:pP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259" cy="2194560"/>
          <wp:effectExtent l="0" t="0" r="0" b="0"/>
          <wp:wrapNone/>
          <wp:docPr id="7" name="bb207e591a6116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b207e591a6116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560259" cy="219456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Georgia" w:hAnsi="Georgia" w:cs="Georgia" w:eastAsia="Georg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Olive Stone Racing Stripes letterhead template (A4)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