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Summit Roofing Co.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024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10 High Street · Your City · Postcode</w:t>
          </w:r>
        </w:p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+44 (0)20 7946 0000  ·  hello@yourcompany.com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10006279</wp:posOffset>
          </wp:positionV>
          <wp:extent cx="7560259" cy="685800"/>
          <wp:effectExtent l="0" t="0" r="0" b="0"/>
          <wp:wrapNone/>
          <wp:docPr id="1" name="0458d34f1de2af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458d34f1de2a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68580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6192"/>
      <w:gridCol w:w="2834"/>
    </w:tblGrid>
    <w:tr>
      <w:trPr>
        <w:trHeight w:val="1584" w:hRule="atLeast"/>
      </w:trPr>
      <w:tc>
        <w:tcPr>
          <w:tcW w:type="dxa" w:w="6192"/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22304A"/>
              <w:sz w:val="40"/>
            </w:rPr>
            <w:t>Summit Roofing Co.</w:t>
          </w:r>
        </w:p>
        <w:p>
          <w:pPr>
            <w:spacing w:before="0" w:after="8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ROOFING AND EXTERIORS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f95362bc510b3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95362bc510b3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37f89fd2dc64e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7f89fd2dc64ea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91e425c2c3fe1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1e425c2c3fe1b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ce066dfd423b1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e066dfd423b1c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283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737360"/>
          <wp:effectExtent l="0" t="0" r="0" b="0"/>
          <wp:wrapNone/>
          <wp:docPr id="6" name="4e7dd8fea824fc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e7dd8fea824fc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560259" cy="173736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51659264" behindDoc="0" locked="1" layoutInCell="1" allowOverlap="1">
          <wp:simplePos x="0" y="0"/>
          <wp:positionH relativeFrom="page">
            <wp:posOffset>109728</wp:posOffset>
          </wp:positionH>
          <wp:positionV relativeFrom="page">
            <wp:posOffset>502920</wp:posOffset>
          </wp:positionV>
          <wp:extent cx="512064" cy="512064"/>
          <wp:effectExtent l="0" t="0" r="0" b="0"/>
          <wp:wrapNone/>
          <wp:docPr id="7" name="4a7f8c189c62ce.png" descr="Summit Roofing Co. logo placeholder: replace with your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a7f8c189c62ce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512064" cy="512064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Skyline Navy Edge Tab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