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80"/>
      </w:pPr>
      <w:r>
        <w:rPr>
          <w:rFonts w:ascii="Arial" w:hAnsi="Arial" w:cs="Arial" w:eastAsia="Arial"/>
          <w:b w:val="0"/>
          <w:i w:val="0"/>
          <w:color w:val="222222"/>
          <w:sz w:val="21"/>
        </w:rPr>
        <w:t>DD Month YYYY</w:t>
      </w:r>
    </w:p>
    <w:p>
      <w:pPr>
        <w:spacing w:before="0" w:after="0" w:line="276" w:lineRule="auto"/>
      </w:pPr>
      <w:r>
        <w:rPr>
          <w:rFonts w:ascii="Arial" w:hAnsi="Arial" w:cs="Arial" w:eastAsia="Arial"/>
          <w:b w:val="0"/>
          <w:i w:val="0"/>
          <w:color w:val="222222"/>
          <w:sz w:val="21"/>
        </w:rPr>
        <w:t>Recipient Name</w:t>
      </w:r>
    </w:p>
    <w:p>
      <w:pPr>
        <w:spacing w:before="0" w:after="0" w:line="276" w:lineRule="auto"/>
      </w:pPr>
      <w:r>
        <w:rPr>
          <w:rFonts w:ascii="Arial" w:hAnsi="Arial" w:cs="Arial" w:eastAsia="Arial"/>
          <w:b w:val="0"/>
          <w:i w:val="0"/>
          <w:color w:val="222222"/>
          <w:sz w:val="21"/>
        </w:rPr>
        <w:t>Job Title</w:t>
      </w:r>
    </w:p>
    <w:p>
      <w:pPr>
        <w:spacing w:before="0" w:after="0" w:line="276" w:lineRule="auto"/>
      </w:pPr>
      <w:r>
        <w:rPr>
          <w:rFonts w:ascii="Arial" w:hAnsi="Arial" w:cs="Arial" w:eastAsia="Arial"/>
          <w:b w:val="0"/>
          <w:i w:val="0"/>
          <w:color w:val="222222"/>
          <w:sz w:val="21"/>
        </w:rPr>
        <w:t>Company Name</w:t>
      </w:r>
    </w:p>
    <w:p>
      <w:pPr>
        <w:spacing w:before="0" w:after="0" w:line="276" w:lineRule="auto"/>
      </w:pPr>
      <w:r>
        <w:rPr>
          <w:rFonts w:ascii="Arial" w:hAnsi="Arial" w:cs="Arial" w:eastAsia="Arial"/>
          <w:b w:val="0"/>
          <w:i w:val="0"/>
          <w:color w:val="222222"/>
          <w:sz w:val="21"/>
        </w:rPr>
        <w:t>Street Address</w:t>
      </w:r>
    </w:p>
    <w:p>
      <w:pPr>
        <w:spacing w:before="0" w:after="280" w:line="276" w:lineRule="auto"/>
      </w:pPr>
      <w:r>
        <w:rPr>
          <w:rFonts w:ascii="Arial" w:hAnsi="Arial" w:cs="Arial" w:eastAsia="Arial"/>
          <w:b w:val="0"/>
          <w:i w:val="0"/>
          <w:color w:val="222222"/>
          <w:sz w:val="21"/>
        </w:rPr>
        <w:t>City, Postcode</w:t>
      </w:r>
    </w:p>
    <w:p>
      <w:pPr>
        <w:spacing w:before="0" w:after="160"/>
      </w:pPr>
      <w:r>
        <w:rPr>
          <w:rFonts w:ascii="Arial" w:hAnsi="Arial" w:cs="Arial" w:eastAsia="Arial"/>
          <w:b w:val="0"/>
          <w:i w:val="0"/>
          <w:color w:val="222222"/>
          <w:sz w:val="21"/>
        </w:rPr>
        <w:t>Dear Recipient Name,</w:t>
      </w:r>
    </w:p>
    <w:p>
      <w:pPr>
        <w:spacing w:before="0" w:after="160" w:line="276" w:lineRule="auto"/>
      </w:pPr>
      <w:r>
        <w:rPr>
          <w:rFonts w:ascii="Arial" w:hAnsi="Arial" w:cs="Arial" w:eastAsia="Arial"/>
          <w:b w:val="0"/>
          <w:i w:val="0"/>
          <w:color w:val="222222"/>
          <w:sz w:val="21"/>
        </w:rPr>
        <w:t>Thank you for taking the time to read this letter. Replace this paragraph with your own text: click here and start typing. The header and footer stay in place on every page, so you can write and edit without moving the design.</w:t>
      </w:r>
    </w:p>
    <w:p>
      <w:pPr>
        <w:spacing w:before="0" w:after="160" w:line="276" w:lineRule="auto"/>
      </w:pPr>
      <w:r>
        <w:rPr>
          <w:rFonts w:ascii="Arial" w:hAnsi="Arial" w:cs="Arial" w:eastAsia="Arial"/>
          <w:b w:val="0"/>
          <w:i w:val="0"/>
          <w:color w:val="222222"/>
          <w:sz w:val="21"/>
        </w:rPr>
        <w:t>To add your logo, double-click the header, right-click the sample logo and choose Change Picture (Word) or Replace image (Google Docs). A logo about 1.5 cm (0.6 inch) tall keeps the header balanced, and a transparent PNG looks best on coloured artwork.</w:t>
      </w:r>
    </w:p>
    <w:p>
      <w:pPr>
        <w:spacing w:before="0" w:after="160" w:line="276" w:lineRule="auto"/>
      </w:pPr>
      <w:r>
        <w:rPr>
          <w:rFonts w:ascii="Arial" w:hAnsi="Arial" w:cs="Arial" w:eastAsia="Arial"/>
          <w:b w:val="0"/>
          <w:i w:val="0"/>
          <w:color w:val="222222"/>
          <w:sz w:val="21"/>
        </w:rPr>
        <w:t>Update the company name, address and contact details once, then reuse the file for every letter. In Word, save it as a template with File › Save As › Word Template (.dotx). In Google Docs, use File › Make a copy before each new letter.</w:t>
      </w:r>
    </w:p>
    <w:p>
      <w:pPr>
        <w:spacing w:before="120" w:after="600"/>
      </w:pPr>
      <w:r>
        <w:rPr>
          <w:rFonts w:ascii="Arial" w:hAnsi="Arial" w:cs="Arial" w:eastAsia="Arial"/>
          <w:b w:val="0"/>
          <w:i w:val="0"/>
          <w:color w:val="222222"/>
          <w:sz w:val="21"/>
        </w:rPr>
        <w:t>Kind regards,</w:t>
      </w:r>
    </w:p>
    <w:p>
      <w:pPr>
        <w:spacing w:before="0" w:after="0"/>
      </w:pPr>
      <w:r>
        <w:rPr>
          <w:rFonts w:ascii="Arial" w:hAnsi="Arial" w:cs="Arial" w:eastAsia="Arial"/>
          <w:b/>
          <w:i w:val="0"/>
          <w:color w:val="222222"/>
          <w:sz w:val="21"/>
        </w:rPr>
        <w:t>Your Name</w:t>
      </w:r>
    </w:p>
    <w:p>
      <w:pPr>
        <w:spacing w:before="0" w:after="0"/>
      </w:pPr>
      <w:r>
        <w:rPr>
          <w:rFonts w:ascii="Arial" w:hAnsi="Arial" w:cs="Arial" w:eastAsia="Arial"/>
          <w:b w:val="0"/>
          <w:i w:val="0"/>
          <w:color w:val="5F6368"/>
          <w:sz w:val="21"/>
        </w:rPr>
        <w:t>Job Title, Looplane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2808" w:right="1440" w:bottom="1512" w:left="1440" w:header="605" w:footer="605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W w:type="dxa" w:w="9026"/>
      <w:jc w:val="left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CellMar>
        <w:top w:w="0" w:type="dxa"/>
        <w:left w:w="0" w:type="dxa"/>
        <w:bottom w:w="0" w:type="dxa"/>
        <w:right w:w="0" w:type="dxa"/>
      </w:tblCellMar>
      <w:tblLook w:firstColumn="1" w:firstRow="1" w:lastColumn="0" w:lastRow="0" w:noHBand="0" w:noVBand="1" w:val="04A0"/>
    </w:tblPr>
    <w:tblGrid>
      <w:gridCol w:w="9026"/>
    </w:tblGrid>
    <w:tr>
      <w:tc>
        <w:tcPr>
          <w:tcW w:type="dxa" w:w="9026"/>
          <w:vAlign w:val="center"/>
        </w:tcPr>
        <w:p>
          <w:pPr>
            <w:spacing w:before="0" w:after="0" w:line="240" w:lineRule="auto"/>
            <w:jc w:val="right"/>
          </w:pPr>
          <w:r>
            <w:rPr>
              <w:rFonts w:ascii="Arial" w:hAnsi="Arial" w:cs="Arial" w:eastAsia="Arial"/>
              <w:b/>
              <w:i w:val="0"/>
              <w:color w:val="18181B"/>
              <w:sz w:val="15"/>
            </w:rPr>
            <w:t>Looplane</w:t>
          </w:r>
          <w:r>
            <w:rPr>
              <w:rFonts w:ascii="Arial" w:hAnsi="Arial" w:cs="Arial" w:eastAsia="Arial"/>
              <w:b w:val="0"/>
              <w:i w:val="0"/>
              <w:color w:val="5F6368"/>
              <w:sz w:val="15"/>
            </w:rPr>
            <w:t xml:space="preserve">  ·  www.yourcompany.com</w:t>
          </w:r>
        </w:p>
      </w:tc>
    </w:tr>
  </w:tbl>
  <w:p>
    <w:pPr>
      <w:pStyle w:val="Footer"/>
      <w:spacing w:before="0" w:after="0" w:line="40" w:lineRule="exact"/>
    </w:pPr>
    <w:r>
      <w:drawing>
        <wp:anchor xmlns:a="http://schemas.openxmlformats.org/drawingml/2006/main" xmlns:pic="http://schemas.openxmlformats.org/drawingml/2006/picture" distT="0" distB="0" distL="0" distR="0" simplePos="0" relativeHeight="251650000" behindDoc="1" locked="1" layoutInCell="1" allowOverlap="1">
          <wp:simplePos x="0" y="0"/>
          <wp:positionH relativeFrom="page">
            <wp:posOffset>0</wp:posOffset>
          </wp:positionH>
          <wp:positionV relativeFrom="page">
            <wp:posOffset>9503359</wp:posOffset>
          </wp:positionV>
          <wp:extent cx="7560259" cy="1188720"/>
          <wp:effectExtent l="0" t="0" r="0" b="0"/>
          <wp:wrapNone/>
          <wp:docPr id="1" name="867d312c2aadbb.png">
            <a:extLst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867d312c2aadbb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60259" cy="1188720"/>
                  </a:xfrm>
                  <a:prstGeom prst="rect"/>
                </pic:spPr>
              </pic:pic>
            </a:graphicData>
          </a:graphic>
        </wp:anchor>
      </w:drawing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W w:type="dxa" w:w="9026"/>
      <w:jc w:val="left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CellMar>
        <w:top w:w="0" w:type="dxa"/>
        <w:left w:w="0" w:type="dxa"/>
        <w:bottom w:w="0" w:type="dxa"/>
        <w:right w:w="0" w:type="dxa"/>
      </w:tblCellMar>
      <w:tblLook w:firstColumn="1" w:firstRow="1" w:lastColumn="0" w:lastRow="0" w:noHBand="0" w:noVBand="1" w:val="04A0"/>
    </w:tblPr>
    <w:tblGrid>
      <w:gridCol w:w="1037"/>
      <w:gridCol w:w="4003"/>
      <w:gridCol w:w="3986"/>
    </w:tblGrid>
    <w:tr>
      <w:trPr>
        <w:trHeight w:val="1584" w:hRule="atLeast"/>
      </w:trPr>
      <w:tc>
        <w:tcPr>
          <w:tcW w:type="dxa" w:w="1037"/>
          <w:vAlign w:val="center"/>
        </w:tcPr>
        <w:p>
          <w:pPr>
            <w:spacing w:before="0" w:after="0" w:line="240" w:lineRule="auto"/>
            <w:jc w:val="left"/>
          </w:pPr>
          <w:r>
            <w:drawing>
              <wp:inline xmlns:a="http://schemas.openxmlformats.org/drawingml/2006/main" xmlns:pic="http://schemas.openxmlformats.org/drawingml/2006/picture">
                <wp:extent cx="512064" cy="512064"/>
                <wp:docPr id="2" name="4902e6c55ec3cd.png" descr="Looplane logo placeholder: replace with your logo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4902e6c55ec3cd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12064" cy="512064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4003"/>
          <w:tcMar>
            <w:top w:w="0" w:type="dxa"/>
            <w:left w:w="144" w:type="dxa"/>
            <w:bottom w:w="0" w:type="dxa"/>
            <w:right w:w="0" w:type="dxa"/>
          </w:tcMar>
          <w:vAlign w:val="center"/>
        </w:tcPr>
        <w:p>
          <w:pPr>
            <w:spacing w:before="0" w:after="30" w:line="240" w:lineRule="auto"/>
            <w:jc w:val="left"/>
          </w:pPr>
          <w:r>
            <w:rPr>
              <w:rFonts w:ascii="Arial" w:hAnsi="Arial" w:cs="Arial" w:eastAsia="Arial"/>
              <w:b/>
              <w:i w:val="0"/>
              <w:color w:val="18181B"/>
              <w:sz w:val="40"/>
            </w:rPr>
            <w:t>Looplane</w:t>
          </w:r>
        </w:p>
        <w:p>
          <w:pPr>
            <w:spacing w:before="0" w:after="80" w:line="240" w:lineRule="auto"/>
            <w:jc w:val="left"/>
          </w:pPr>
          <w:r>
            <w:rPr>
              <w:rFonts w:ascii="Arial" w:hAnsi="Arial" w:cs="Arial" w:eastAsia="Arial"/>
              <w:b w:val="0"/>
              <w:i w:val="0"/>
              <w:color w:val="5F6368"/>
              <w:sz w:val="15"/>
            </w:rPr>
            <w:t>WORKFLOW AUTOMATION</w:t>
          </w:r>
        </w:p>
        <w:p>
          <w:pPr>
            <w:spacing w:before="0" w:after="30" w:line="240" w:lineRule="auto"/>
            <w:jc w:val="left"/>
          </w:pP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3" name="d4b844cd023a54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d4b844cd023a54.png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Arial" w:hAnsi="Arial" w:cs="Arial" w:eastAsia="Arial"/>
              <w:b w:val="0"/>
              <w:i w:val="0"/>
              <w:color w:val="222222"/>
              <w:sz w:val="15"/>
            </w:rPr>
            <w:t xml:space="preserve">  </w:t>
          </w:r>
          <w:r>
            <w:rPr>
              <w:rFonts w:ascii="Arial" w:hAnsi="Arial" w:cs="Arial" w:eastAsia="Arial"/>
              <w:b w:val="0"/>
              <w:i w:val="0"/>
              <w:color w:val="222222"/>
              <w:sz w:val="15"/>
            </w:rPr>
            <w:t>+44 (0)20 7946 0000</w:t>
          </w:r>
          <w:r>
            <w:rPr>
              <w:rFonts w:ascii="Arial" w:hAnsi="Arial" w:cs="Arial" w:eastAsia="Arial"/>
              <w:b w:val="0"/>
              <w:i w:val="0"/>
              <w:color w:val="222222"/>
              <w:sz w:val="15"/>
            </w:rPr>
            <w:t xml:space="preserve">    </w:t>
          </w: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4" name="75ff1abb90cd25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75ff1abb90cd25.png"/>
                        <pic:cNvPicPr/>
                      </pic:nvPicPr>
                      <pic:blipFill>
                        <a:blip r:embed="rId3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Arial" w:hAnsi="Arial" w:cs="Arial" w:eastAsia="Arial"/>
              <w:b w:val="0"/>
              <w:i w:val="0"/>
              <w:color w:val="222222"/>
              <w:sz w:val="15"/>
            </w:rPr>
            <w:t xml:space="preserve">  </w:t>
          </w:r>
          <w:r>
            <w:rPr>
              <w:rFonts w:ascii="Arial" w:hAnsi="Arial" w:cs="Arial" w:eastAsia="Arial"/>
              <w:b w:val="0"/>
              <w:i w:val="0"/>
              <w:color w:val="222222"/>
              <w:sz w:val="15"/>
            </w:rPr>
            <w:t>hello@yourcompany.com</w:t>
          </w:r>
        </w:p>
        <w:p>
          <w:pPr>
            <w:spacing w:before="0" w:after="30" w:line="240" w:lineRule="auto"/>
            <w:jc w:val="left"/>
          </w:pP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5" name="ebb68e589b3686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ebb68e589b3686.png"/>
                        <pic:cNvPicPr/>
                      </pic:nvPicPr>
                      <pic:blipFill>
                        <a:blip r:embed="rId4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Arial" w:hAnsi="Arial" w:cs="Arial" w:eastAsia="Arial"/>
              <w:b w:val="0"/>
              <w:i w:val="0"/>
              <w:color w:val="222222"/>
              <w:sz w:val="15"/>
            </w:rPr>
            <w:t xml:space="preserve">  </w:t>
          </w:r>
          <w:r>
            <w:rPr>
              <w:rFonts w:ascii="Arial" w:hAnsi="Arial" w:cs="Arial" w:eastAsia="Arial"/>
              <w:b w:val="0"/>
              <w:i w:val="0"/>
              <w:color w:val="222222"/>
              <w:sz w:val="15"/>
            </w:rPr>
            <w:t>10 High Street · Your City · Postcode</w:t>
          </w:r>
        </w:p>
        <w:p>
          <w:pPr>
            <w:spacing w:before="0" w:after="30" w:line="240" w:lineRule="auto"/>
            <w:jc w:val="left"/>
          </w:pP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6" name="897e053d6ed9e0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897e053d6ed9e0.png"/>
                        <pic:cNvPicPr/>
                      </pic:nvPicPr>
                      <pic:blipFill>
                        <a:blip r:embed="rId5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Arial" w:hAnsi="Arial" w:cs="Arial" w:eastAsia="Arial"/>
              <w:b w:val="0"/>
              <w:i w:val="0"/>
              <w:color w:val="222222"/>
              <w:sz w:val="15"/>
            </w:rPr>
            <w:t xml:space="preserve">  </w:t>
          </w:r>
          <w:r>
            <w:rPr>
              <w:rFonts w:ascii="Arial" w:hAnsi="Arial" w:cs="Arial" w:eastAsia="Arial"/>
              <w:b w:val="0"/>
              <w:i w:val="0"/>
              <w:color w:val="222222"/>
              <w:sz w:val="15"/>
            </w:rPr>
            <w:t>www.yourcompany.com</w:t>
          </w:r>
        </w:p>
      </w:tc>
      <w:tc>
        <w:tcPr>
          <w:tcW w:type="dxa" w:w="3986"/>
          <w:vAlign w:val="center"/>
        </w:tcPr>
        <w:p>
          <w:pPr>
            <w:spacing w:before="0" w:after="0" w:line="240" w:lineRule="auto"/>
            <w:jc w:val="left"/>
          </w:pPr>
        </w:p>
      </w:tc>
    </w:tr>
  </w:tbl>
  <w:p>
    <w:pPr>
      <w:pStyle w:val="Header"/>
      <w:spacing w:before="0" w:after="0" w:line="40" w:lineRule="exact"/>
    </w:pPr>
    <w:r>
      <w:drawing>
        <wp:anchor xmlns:a="http://schemas.openxmlformats.org/drawingml/2006/main" xmlns:pic="http://schemas.openxmlformats.org/drawingml/2006/picture" distT="0" distB="0" distL="0" distR="0" simplePos="0" relativeHeight="251658240" behindDoc="1" locked="1" layoutInCell="1" allowOverlap="1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0259" cy="2286000"/>
          <wp:effectExtent l="0" t="0" r="0" b="0"/>
          <wp:wrapNone/>
          <wp:docPr id="7" name="62d839ae0e0e44.png">
            <a:extLst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62d839ae0e0e44.png"/>
                  <pic:cNvPicPr/>
                </pic:nvPicPr>
                <pic:blipFill>
                  <a:blip r:embed="rId6"/>
                  <a:stretch>
                    <a:fillRect/>
                  </a:stretch>
                </pic:blipFill>
                <pic:spPr>
                  <a:xfrm>
                    <a:off x="0" y="0"/>
                    <a:ext cx="7560259" cy="2286000"/>
                  </a:xfrm>
                  <a:prstGeom prst="rect"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276" w:lineRule="auto"/>
    </w:pPr>
    <w:rPr>
      <w:rFonts w:ascii="Arial" w:hAnsi="Arial" w:cs="Arial" w:eastAsia="Arial"/>
      <w:color w:val="222222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Arial" w:hAnsi="Arial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Arial" w:hAnsi="Arial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7.png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Relationship Id="rId3" Type="http://schemas.openxmlformats.org/officeDocument/2006/relationships/image" Target="media/image3.png"/><Relationship Id="rId4" Type="http://schemas.openxmlformats.org/officeDocument/2006/relationships/image" Target="media/image4.png"/><Relationship Id="rId5" Type="http://schemas.openxmlformats.org/officeDocument/2006/relationships/image" Target="media/image5.png"/><Relationship Id="rId6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Byte Black Swoosh Lines letterhead template (A4)</dc:title>
  <dc:subject>Free letterhead template for Microsoft Word and Google Docs</dc:subject>
  <dc:creator>Soft Learn Hub</dc:creator>
  <cp:keywords>letterhead template, free letterhead template, Word letterhead, Google Docs letterhead</cp:keywords>
  <dc:description>Free to use and edit. Made by Soft Learn Hub: https://softlearnhub.com/free-letterhead-templates/</dc:description>
  <cp:lastModifiedBy>Soft Learn Hub</cp:lastModifiedBy>
  <cp:revision>1</cp:revision>
  <dcterms:created xsi:type="dcterms:W3CDTF">2013-12-23T23:15:00Z</dcterms:created>
  <dcterms:modified xsi:type="dcterms:W3CDTF">2013-12-23T23:15:00Z</dcterms:modified>
  <cp:category/>
  <dc:language>en-GB</dc:language>
</cp:coreProperties>
</file>