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Cloudharbor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10 High Street · Your City · Postcode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+44 (0)20 7946 0000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9229039</wp:posOffset>
          </wp:positionV>
          <wp:extent cx="7560259" cy="1463040"/>
          <wp:effectExtent l="0" t="0" r="0" b="0"/>
          <wp:wrapNone/>
          <wp:docPr id="1" name="d4fdfd0b06a10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4fdfd0b06a10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4630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5155"/>
      <w:gridCol w:w="283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6f8a93d060d684.png" descr="Cloudharbor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f8a93d060d68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5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1E1B4B"/>
              <w:sz w:val="40"/>
            </w:rPr>
            <w:t>Cloudharbor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MANAGED CLOUD HOSTING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87765451cb282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7765451cb282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5980c1100fc71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980c1100fc71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5f92074445860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f920744458603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22fed6bd3d304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2fed6bd3d3049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283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377440"/>
          <wp:effectExtent l="0" t="0" r="0" b="0"/>
          <wp:wrapNone/>
          <wp:docPr id="7" name="9f3201c102639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9f3201c102639d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3774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Night Violet Gradient Edge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