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Bluewater Eye Care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a70a4895eb80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0a4895eb800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8bf92887511f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f92887511f8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3a0c8901a586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a0c8901a586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359e4e96db0e5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9e4e96db0e5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13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acb3b695aa45a6.png" descr="Bluewater Eye Car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b3b695aa45a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0057A3"/>
              <w:sz w:val="35"/>
            </w:rPr>
            <w:t>Bluewater Eye Care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OPTOMETRISTS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70a4895eb800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0a4895eb800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bf92887511f8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f92887511f8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359e4e96db0e5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9e4e96db0e5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e3a0c8901a586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a0c8901a586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3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10" name="69c4ed9025f85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9c4ed9025f85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Blue Corner Arcs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