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Clearview Dental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92" w:right="1440" w:bottom="2232" w:left="1440" w:header="605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009"/>
      <w:gridCol w:w="3009"/>
      <w:gridCol w:w="3009"/>
    </w:tblGrid>
    <w:tr>
      <w:tc>
        <w:tcPr>
          <w:tcW w:type="dxa" w:w="3009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10 High Street · Your City · Postcode</w:t>
          </w:r>
        </w:p>
      </w:tc>
      <w:tc>
        <w:tcPr>
          <w:tcW w:type="dxa" w:w="3009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+44 (0)20 7946 0000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hello@yourcompany.com</w:t>
          </w:r>
        </w:p>
      </w:tc>
      <w:tc>
        <w:tcPr>
          <w:tcW w:type="dxa" w:w="3009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9640519</wp:posOffset>
          </wp:positionV>
          <wp:extent cx="7560259" cy="1051560"/>
          <wp:effectExtent l="0" t="0" r="0" b="0"/>
          <wp:wrapNone/>
          <wp:docPr id="5" name="48efe1149328a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8efe1149328ad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10515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ce9438985c2d30.png" descr="Clearview Dental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e9438985c2d3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1C5D99"/>
              <w:sz w:val="38"/>
            </w:rPr>
            <w:t>Clearview Dental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FAMILY AND COSMETIC DENTISTRY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e1b6fcaa1adc1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1b6fcaa1adc1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c7fbef2aa39c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c7fbef2aa39c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cdb3b9fab02cd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db3b9fab02cd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04c653a4d9ca1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c653a4d9ca1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pBdr>
        <w:bottom w:val="single" w:sz="4" w:space="8" w:color="1C5D99"/>
      </w:pBdr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Relationship Id="rId4" Type="http://schemas.openxmlformats.org/officeDocument/2006/relationships/image" Target="media/image9.png"/><Relationship Id="rId5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Calm Blue Low Tide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