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Sterling Ridge Partners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168"/>
      <w:gridCol w:w="4821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f38d22fabc2bc5.png" descr="Sterling Ridge Partn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38d22fabc2bc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168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FFFFFF"/>
              <w:sz w:val="22"/>
            </w:rPr>
            <w:t>Sterling Ridge Partners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CHARTERED ACCOUNTANTS</w:t>
          </w:r>
        </w:p>
      </w:tc>
      <w:tc>
        <w:tcPr>
          <w:tcW w:type="dxa" w:w="4821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9fdb414575ad8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fdb414575ad8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c0630a188766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c0630a188766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68e2715ddb82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68e2715ddb82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38e3844af638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38e3844af638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6" name="130e91924ab2f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30e91924ab2f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Navy Shard Split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