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Bluebird Motion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3312" w:right="1440" w:bottom="1656" w:left="1440" w:header="605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8adfecaf2c951f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adfecaf2c951f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f82afd7371fb44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82afd7371fb44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2fed482d27f27d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fed482d27f27d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75481bcdd269f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5481bcdd269f5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 High Street · Your City · Postcode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003"/>
      <w:gridCol w:w="3986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5" name="8f886093f5988f.png" descr="Bluebird Motion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f886093f5988f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003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Trebuchet MS" w:hAnsi="Trebuchet MS" w:cs="Trebuchet MS" w:eastAsia="Trebuchet MS"/>
              <w:b/>
              <w:i w:val="0"/>
              <w:color w:val="155E9E"/>
              <w:sz w:val="40"/>
            </w:rPr>
            <w:t>Bluebird Motion</w:t>
          </w:r>
        </w:p>
        <w:p>
          <w:pPr>
            <w:spacing w:before="0" w:after="8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ANIMATION AND FILM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20cc99939b79a3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0cc99939b79a3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7" name="bb698dae81fb3b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bb698dae81fb3b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8" name="39d10b7a39964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39d10b7a399648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9" name="4a231f92876a9c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a231f92876a9c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3986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2057400"/>
          <wp:effectExtent l="0" t="0" r="0" b="0"/>
          <wp:wrapNone/>
          <wp:docPr id="10" name="1d9ccfbf4b0b65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1d9ccfbf4b0b65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20574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Relationship Id="rId2" Type="http://schemas.openxmlformats.org/officeDocument/2006/relationships/image" Target="media/image8.png"/><Relationship Id="rId3" Type="http://schemas.openxmlformats.org/officeDocument/2006/relationships/image" Target="media/image9.png"/><Relationship Id="rId4" Type="http://schemas.openxmlformats.org/officeDocument/2006/relationships/image" Target="media/image10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Cerulean Citrus Crystal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