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Clayhouse Studio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10 High Street · Your City · Postcode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+44 (0)20 7946 0000  ·  hello@yourcompany.com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9503359</wp:posOffset>
          </wp:positionV>
          <wp:extent cx="7560259" cy="1188720"/>
          <wp:effectExtent l="0" t="0" r="0" b="0"/>
          <wp:wrapNone/>
          <wp:docPr id="1" name="3b4bab571e2bb2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b4bab571e2bb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18872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3338"/>
      <w:gridCol w:w="4651"/>
      <w:gridCol w:w="1037"/>
    </w:tblGrid>
    <w:tr>
      <w:trPr>
        <w:trHeight w:val="1584" w:hRule="atLeast"/>
      </w:trPr>
      <w:tc>
        <w:tcPr>
          <w:tcW w:type="dxa" w:w="3338"/>
          <w:vAlign w:val="center"/>
        </w:tcPr>
        <w:p>
          <w:pPr>
            <w:spacing w:before="0" w:after="0" w:line="240" w:lineRule="auto"/>
            <w:jc w:val="right"/>
          </w:pPr>
        </w:p>
      </w:tc>
      <w:tc>
        <w:tcPr>
          <w:tcW w:type="dxa" w:w="4651"/>
          <w:tcMar>
            <w:top w:w="0" w:type="dxa"/>
            <w:left w:w="0" w:type="dxa"/>
            <w:bottom w:w="0" w:type="dxa"/>
            <w:right w:w="144" w:type="dxa"/>
          </w:tcMar>
          <w:vAlign w:val="center"/>
        </w:tcPr>
        <w:p>
          <w:pPr>
            <w:spacing w:before="0" w:after="3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9A3B26"/>
              <w:sz w:val="40"/>
            </w:rPr>
            <w:t>Clayhouse Studio</w:t>
          </w:r>
        </w:p>
        <w:p>
          <w:pPr>
            <w:spacing w:before="0" w:after="80" w:line="240" w:lineRule="auto"/>
            <w:jc w:val="righ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CERAMICS AND OBJECT DESIGN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a79327ebf905f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79327ebf905f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e162161538da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e162161538da0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cfe1938a7d190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cfe1938a7d190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4d3897311e98e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d3897311e98e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1037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6" name="f4dcb74259932f.png" descr="Clayhouse Studio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4dcb74259932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7" name="475789b418726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475789b418726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Terracotta Glass Bubbles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